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ABMAHNUNG WEGEN UNTÄTIGKEIT DER HAUSVERWALTUNG</w:t>
      </w:r>
    </w:p>
    <w:p/>
    <w:p>
      <w:r>
        <w:rPr>
          <w:b/>
          <w:sz w:val="20"/>
        </w:rPr>
        <w:t>Absender:</w:t>
      </w:r>
    </w:p>
    <w:p>
      <w:r>
        <w:rPr>
          <w:b w:val="0"/>
          <w:sz w:val="20"/>
        </w:rPr>
        <w:t>Name : ____________________________________________________________</w:t>
      </w:r>
    </w:p>
    <w:p>
      <w:r>
        <w:rPr>
          <w:b w:val="0"/>
          <w:sz w:val="20"/>
        </w:rPr>
        <w:t>Anschrift : _________________________________________________________</w:t>
      </w:r>
    </w:p>
    <w:p>
      <w:r>
        <w:rPr>
          <w:b w:val="0"/>
          <w:sz w:val="20"/>
        </w:rPr>
        <w:t>Telefonnummer : ____________________________________________________</w:t>
      </w:r>
    </w:p>
    <w:p/>
    <w:p>
      <w:r>
        <w:rPr>
          <w:b/>
          <w:sz w:val="20"/>
        </w:rPr>
        <w:t>Empfänger (Hausverwaltung):</w:t>
      </w:r>
    </w:p>
    <w:p>
      <w:r>
        <w:rPr>
          <w:b w:val="0"/>
          <w:sz w:val="20"/>
        </w:rPr>
        <w:t>Name / Firma : _____________________________________________________</w:t>
      </w:r>
    </w:p>
    <w:p>
      <w:r>
        <w:rPr>
          <w:b w:val="0"/>
          <w:sz w:val="20"/>
        </w:rPr>
        <w:t>Anschrift : _________________________________________________________</w:t>
      </w:r>
    </w:p>
    <w:p>
      <w:r>
        <w:rPr>
          <w:b w:val="0"/>
          <w:sz w:val="20"/>
        </w:rPr>
        <w:t>Telefonnummer : ____________________________________________________</w:t>
      </w:r>
    </w:p>
    <w:p/>
    <w:p>
      <w:r>
        <w:rPr>
          <w:b/>
          <w:sz w:val="20"/>
        </w:rPr>
        <w:t>Betreff: Abmahnung wegen Untätigkeit</w:t>
      </w:r>
    </w:p>
    <w:p/>
    <w:p>
      <w:r>
        <w:rPr>
          <w:b w:val="0"/>
          <w:sz w:val="20"/>
        </w:rPr>
        <w:t>Sehr geehrte Damen und Herren,</w:t>
      </w:r>
    </w:p>
    <w:p/>
    <w:p>
      <w:r>
        <w:rPr>
          <w:b w:val="0"/>
          <w:sz w:val="20"/>
        </w:rPr>
        <w:t>hiermit mahne ich Sie als zuständige Hausverwaltung ab, da Sie Ihren Pflichten nach § 535 BGB nicht nachgekommen sind und trotz mehrfacher Aufforderung keine angemessenen Maßnahmen zur Instandhaltung und Verwaltung der Immobilie ergriffen haben. Die Untätigkeit Ihrerseits führt zu erheblichen Nachteilen für mich als Mieter/Eigentümer.</w:t>
      </w:r>
    </w:p>
    <w:p/>
    <w:p>
      <w:r>
        <w:rPr>
          <w:b w:val="0"/>
          <w:sz w:val="20"/>
        </w:rPr>
        <w:t>Insbesondere wurden folgende Mängel/Probleme trotz Mitteilung nicht behoben oder bearbeitet:</w:t>
      </w:r>
    </w:p>
    <w:p>
      <w:r>
        <w:rPr>
          <w:b w:val="0"/>
          <w:sz w:val="20"/>
        </w:rPr>
        <w:t>1. _______________________________________________________________</w:t>
      </w:r>
    </w:p>
    <w:p>
      <w:r>
        <w:rPr>
          <w:b w:val="0"/>
          <w:sz w:val="20"/>
        </w:rPr>
        <w:t>2. _______________________________________________________________</w:t>
      </w:r>
    </w:p>
    <w:p>
      <w:r>
        <w:rPr>
          <w:b w:val="0"/>
          <w:sz w:val="20"/>
        </w:rPr>
        <w:t>3. _______________________________________________________________</w:t>
      </w:r>
    </w:p>
    <w:p/>
    <w:p>
      <w:r>
        <w:rPr>
          <w:b w:val="0"/>
          <w:sz w:val="20"/>
        </w:rPr>
        <w:t>Ich fordere Sie hiermit auf, die festgestellten Mängel unverzüglich zu beheben und die Ihnen obliegenden Verwaltungs- und Instandhaltungsmaßnahmen ordnungsgemäß durchzuführen. Sollten Sie dieser Aufforderung nicht nachkommen, sehe ich mich gezwungen, rechtliche Schritte einzuleiten.</w:t>
      </w:r>
    </w:p>
    <w:p/>
    <w:p>
      <w:r>
        <w:rPr>
          <w:b w:val="0"/>
          <w:sz w:val="20"/>
        </w:rPr>
        <w:t>Bitte bestätigen Sie mir schriftlich den Erhalt dieser Abmahnung sowie die beabsichtigten Maßnahmen zur Behebung der genannten Mängel.</w:t>
      </w:r>
    </w:p>
    <w:p/>
    <w:p/>
    <w:p>
      <w:r>
        <w:rPr>
          <w:b w:val="0"/>
          <w:sz w:val="20"/>
        </w:rPr>
        <w:t>Mit freundlichen Grüßen,</w:t>
      </w:r>
    </w:p>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left"/>
            </w:pPr>
            <w:r>
              <w:t>Unterschrift Absender : ________________________________</w:t>
            </w:r>
          </w:p>
        </w:tc>
      </w:tr>
      <w:tr>
        <w:tc>
          <w:tcPr>
            <w:tcW w:type="dxa" w:w="9972"/>
            <w:tcBorders>
              <w:top w:val="nil"/>
              <w:left w:val="nil"/>
              <w:bottom w:val="nil"/>
              <w:right w:val="nil"/>
              <w:insideH w:val="nil"/>
              <w:insideV w:val="nil"/>
            </w:tcBorders>
          </w:tcPr>
          <w:p>
            <w:pPr>
              <w:jc w:val="left"/>
            </w:pPr>
            <w:r>
              <w:t>Name : _______________________________________________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https://musterklar.com/abmahnung-hausverwaltung-wegen-untatigkeit-muster/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https://musterklar.com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musterklar.com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klar.com/abmahnung-hausverwaltung-wegen-untatigkeit-muster/" TargetMode="External"/><Relationship Id="rId10" Type="http://schemas.openxmlformats.org/officeDocument/2006/relationships/hyperlink" Target="https://musterkl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