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ADHS TAGESPLAN</w:t>
      </w:r>
    </w:p>
    <w:p/>
    <w:p>
      <w:r>
        <w:rPr>
          <w:b/>
          <w:sz w:val="20"/>
        </w:rPr>
        <w:t>Dieser Tagesplan dient der Strukturierung und Unterstützung im Alltag bei ADHS.</w:t>
      </w:r>
    </w:p>
    <w:p/>
    <w:p>
      <w:r>
        <w:rPr>
          <w:b w:val="0"/>
          <w:sz w:val="20"/>
        </w:rPr>
        <w:t>Datum : ______________________________________________________</w:t>
      </w:r>
    </w:p>
    <w:p/>
    <w:p>
      <w:r>
        <w:rPr>
          <w:b/>
          <w:sz w:val="20"/>
        </w:rPr>
        <w:t>MORGENROUTINE</w:t>
      </w:r>
    </w:p>
    <w:p>
      <w:r>
        <w:rPr>
          <w:b w:val="0"/>
          <w:sz w:val="20"/>
        </w:rPr>
        <w:t>- Aufstehen : ______________</w:t>
      </w:r>
    </w:p>
    <w:p>
      <w:r>
        <w:rPr>
          <w:b w:val="0"/>
          <w:sz w:val="20"/>
        </w:rPr>
        <w:t>- Zähne putzen und Waschen : ______________</w:t>
      </w:r>
    </w:p>
    <w:p>
      <w:r>
        <w:rPr>
          <w:b w:val="0"/>
          <w:sz w:val="20"/>
        </w:rPr>
        <w:t>- Frühstück : ______________</w:t>
      </w:r>
    </w:p>
    <w:p>
      <w:r>
        <w:rPr>
          <w:b w:val="0"/>
          <w:sz w:val="20"/>
        </w:rPr>
        <w:t>- Medikamenteneinnahme (falls erforderlich) : ______________</w:t>
      </w:r>
    </w:p>
    <w:p/>
    <w:p>
      <w:r>
        <w:rPr>
          <w:b/>
          <w:sz w:val="20"/>
        </w:rPr>
        <w:t>TAGESZIELE</w:t>
      </w:r>
    </w:p>
    <w:p>
      <w:r>
        <w:rPr>
          <w:b w:val="0"/>
          <w:sz w:val="20"/>
        </w:rPr>
        <w:t>1. 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</w:t>
      </w:r>
    </w:p>
    <w:p/>
    <w:p>
      <w:r>
        <w:rPr>
          <w:b/>
          <w:sz w:val="20"/>
        </w:rPr>
        <w:t>ZEITPLAN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08:00 - 09:00</w:t>
            </w:r>
          </w:p>
        </w:tc>
        <w:tc>
          <w:tcPr>
            <w:tcW w:type="dxa" w:w="4986"/>
          </w:tcPr>
          <w:p>
            <w:pPr>
              <w:jc w:val="left"/>
            </w:pPr>
            <w:r/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t>09:00 - 10:00</w:t>
            </w:r>
          </w:p>
        </w:tc>
        <w:tc>
          <w:tcPr>
            <w:tcW w:type="dxa" w:w="4986"/>
          </w:tcPr>
          <w:p>
            <w:pPr>
              <w:jc w:val="left"/>
            </w:pPr>
            <w:r/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t>10:00 - 11:00</w:t>
            </w:r>
          </w:p>
        </w:tc>
        <w:tc>
          <w:tcPr>
            <w:tcW w:type="dxa" w:w="4986"/>
          </w:tcPr>
          <w:p>
            <w:pPr>
              <w:jc w:val="left"/>
            </w:pPr>
            <w:r/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t>11:00 - 12:00</w:t>
            </w:r>
          </w:p>
        </w:tc>
        <w:tc>
          <w:tcPr>
            <w:tcW w:type="dxa" w:w="4986"/>
          </w:tcPr>
          <w:p>
            <w:pPr>
              <w:jc w:val="left"/>
            </w:pPr>
            <w:r/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t>12:00 - 13:00</w:t>
            </w:r>
          </w:p>
        </w:tc>
        <w:tc>
          <w:tcPr>
            <w:tcW w:type="dxa" w:w="4986"/>
          </w:tcPr>
          <w:p>
            <w:pPr>
              <w:jc w:val="left"/>
            </w:pPr>
            <w:r/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t>13:00 - 14:00</w:t>
            </w:r>
          </w:p>
        </w:tc>
        <w:tc>
          <w:tcPr>
            <w:tcW w:type="dxa" w:w="4986"/>
          </w:tcPr>
          <w:p>
            <w:pPr>
              <w:jc w:val="left"/>
            </w:pPr>
            <w:r/>
          </w:p>
        </w:tc>
      </w:tr>
    </w:tbl>
    <w:p/>
    <w:p>
      <w:r>
        <w:rPr>
          <w:b/>
          <w:sz w:val="20"/>
        </w:rPr>
        <w:t>PAUSEN &amp; ENTSPANNUNG</w:t>
      </w:r>
    </w:p>
    <w:p>
      <w:r>
        <w:rPr>
          <w:b w:val="0"/>
          <w:sz w:val="20"/>
        </w:rPr>
        <w:t>- Pause 1 : ______________</w:t>
      </w:r>
    </w:p>
    <w:p>
      <w:r>
        <w:rPr>
          <w:b w:val="0"/>
          <w:sz w:val="20"/>
        </w:rPr>
        <w:t>- Pause 2 : ______________</w:t>
      </w:r>
    </w:p>
    <w:p>
      <w:r>
        <w:rPr>
          <w:b w:val="0"/>
          <w:sz w:val="20"/>
        </w:rPr>
        <w:t>- Entspannungsübung : ________________________________________</w:t>
      </w:r>
    </w:p>
    <w:p/>
    <w:p>
      <w:r>
        <w:rPr>
          <w:b/>
          <w:sz w:val="20"/>
        </w:rPr>
        <w:t>TO-DO LISTE</w:t>
      </w:r>
    </w:p>
    <w:p>
      <w:r>
        <w:rPr>
          <w:b w:val="0"/>
          <w:sz w:val="20"/>
        </w:rPr>
        <w:t>- 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</w:t>
      </w:r>
    </w:p>
    <w:p/>
    <w:p>
      <w:r>
        <w:rPr>
          <w:b/>
          <w:sz w:val="20"/>
        </w:rPr>
        <w:t>NOTIZEN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Betroffene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Betreuer/Elternteil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https://musterklar.com/adhs-tagesplan-vorlage/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adhs-tagesplan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