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ANAMNESEBEISPIEL</w:t>
      </w:r>
    </w:p>
    <w:p/>
    <w:p>
      <w:r>
        <w:rPr>
          <w:b/>
          <w:sz w:val="20"/>
        </w:rPr>
        <w:t>Patientenangaben:</w:t>
      </w:r>
    </w:p>
    <w:p>
      <w:r>
        <w:rPr>
          <w:b w:val="0"/>
          <w:sz w:val="20"/>
        </w:rPr>
        <w:t>Vor- und Nachname: _______________________________________________</w:t>
      </w:r>
    </w:p>
    <w:p>
      <w:r>
        <w:rPr>
          <w:b w:val="0"/>
          <w:sz w:val="20"/>
        </w:rPr>
        <w:t>Geburtsdatum: _________________________________________________</w:t>
      </w:r>
    </w:p>
    <w:p>
      <w:r>
        <w:rPr>
          <w:b w:val="0"/>
          <w:sz w:val="20"/>
        </w:rPr>
        <w:t>Anschrift: _____________________________________________________</w:t>
      </w:r>
    </w:p>
    <w:p>
      <w:r>
        <w:rPr>
          <w:b w:val="0"/>
          <w:sz w:val="20"/>
        </w:rPr>
        <w:t>Telefonnummer: _________________________________________________</w:t>
      </w:r>
    </w:p>
    <w:p>
      <w:r>
        <w:rPr>
          <w:b w:val="0"/>
          <w:sz w:val="20"/>
        </w:rPr>
        <w:t>Versicherungsnummer: ___________________________________________</w:t>
      </w:r>
    </w:p>
    <w:p/>
    <w:p>
      <w:r>
        <w:rPr>
          <w:b/>
          <w:sz w:val="20"/>
        </w:rPr>
        <w:t>Hauptbeschwerden / Grund der Vorstellung: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/>
    <w:p>
      <w:r>
        <w:rPr>
          <w:b/>
          <w:sz w:val="20"/>
        </w:rPr>
        <w:t>Vorgeschichte (z.B. frühere Erkrankungen, Operationen, Unfälle):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/>
    <w:p>
      <w:r>
        <w:rPr>
          <w:b/>
          <w:sz w:val="20"/>
        </w:rPr>
        <w:t>Familienanamnese (Erbkrankheiten, chronische Erkrankungen):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/>
    <w:p>
      <w:r>
        <w:rPr>
          <w:b/>
          <w:sz w:val="20"/>
        </w:rPr>
        <w:t>Medikamentenanamnese (aktuelle und vergangene Medikamente):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/>
    <w:p>
      <w:r>
        <w:rPr>
          <w:b/>
          <w:sz w:val="20"/>
        </w:rPr>
        <w:t>Allergien (Medikamente, Lebensmittel, andere):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/>
    <w:p>
      <w:r>
        <w:rPr>
          <w:b/>
          <w:sz w:val="20"/>
        </w:rPr>
        <w:t>Soziale Anamnese (Beruf, Rauchen, Alkohol, Drogen):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/>
    <w:p>
      <w:r>
        <w:rPr>
          <w:b/>
          <w:sz w:val="20"/>
        </w:rPr>
        <w:t>Körperliche Untersuchung (z.B. Blutdruck, Puls, Auskultation):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/>
    <w:p>
      <w:r>
        <w:rPr>
          <w:b/>
          <w:sz w:val="20"/>
        </w:rPr>
        <w:t>Geplante diagnostische Maßnahmen: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/>
    <w:p>
      <w:r>
        <w:rPr>
          <w:b/>
          <w:sz w:val="20"/>
        </w:rPr>
        <w:t>Therapieplan / Empfehlungen:</w:t>
      </w:r>
    </w:p>
    <w:p>
      <w:r>
        <w:rPr>
          <w:b w:val="0"/>
          <w:sz w:val="20"/>
        </w:rPr>
        <w:t>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/>
    <w:p/>
    <w:p>
      <w:r>
        <w:rPr>
          <w:b w:val="0"/>
          <w:sz w:val="20"/>
        </w:rPr>
        <w:t>Ort : _____________________________________</w:t>
      </w:r>
    </w:p>
    <w:p>
      <w:r>
        <w:rPr>
          <w:b w:val="0"/>
          <w:sz w:val="20"/>
        </w:rPr>
        <w:t>Unterschrift Arzt/Ärztin : 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Patient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Arzt/Ärztin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https://musterklar.com/anamnese-beispiel/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anamnese-beispiel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