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ANFRAGE BEISPIEL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Firma : ________________________________________________</w:t>
      </w:r>
    </w:p>
    <w:p>
      <w:r>
        <w:rPr>
          <w:b w:val="0"/>
          <w:sz w:val="20"/>
        </w:rPr>
        <w:t>Ansprechpartner : _______________________________________</w:t>
      </w:r>
    </w:p>
    <w:p>
      <w:r>
        <w:rPr>
          <w:b w:val="0"/>
          <w:sz w:val="20"/>
        </w:rPr>
        <w:t>Adresse : ______________________________________________</w:t>
      </w:r>
    </w:p>
    <w:p>
      <w:r>
        <w:rPr>
          <w:b w:val="0"/>
          <w:sz w:val="20"/>
        </w:rPr>
        <w:t>Telefon : ______________________________________________</w:t>
      </w:r>
    </w:p>
    <w:p>
      <w:r>
        <w:rPr>
          <w:b w:val="0"/>
          <w:sz w:val="20"/>
        </w:rPr>
        <w:t>E-Mail : 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Firma : ________________________________________________</w:t>
      </w:r>
    </w:p>
    <w:p>
      <w:r>
        <w:rPr>
          <w:b w:val="0"/>
          <w:sz w:val="20"/>
        </w:rPr>
        <w:t>Ansprechpartner : _______________________________________</w:t>
      </w:r>
    </w:p>
    <w:p>
      <w:r>
        <w:rPr>
          <w:b w:val="0"/>
          <w:sz w:val="20"/>
        </w:rPr>
        <w:t>Adresse : ______________________________________________</w:t>
      </w:r>
    </w:p>
    <w:p>
      <w:r>
        <w:rPr>
          <w:b w:val="0"/>
          <w:sz w:val="20"/>
        </w:rPr>
        <w:t>Telefon : ______________________________________________</w:t>
      </w:r>
    </w:p>
    <w:p>
      <w:r>
        <w:rPr>
          <w:b w:val="0"/>
          <w:sz w:val="20"/>
        </w:rPr>
        <w:t>E-Mail : 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Anfrage zu Produkten und Preisen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bitten wir Sie um ein detailliertes Angebot zu folgenden Produkten und Leistungen:</w:t>
      </w:r>
    </w:p>
    <w:p/>
    <w:p>
      <w:r>
        <w:rPr>
          <w:b w:val="0"/>
          <w:sz w:val="20"/>
        </w:rPr>
        <w:t>Produktbezeichnung 1 : ____________________________________________</w:t>
      </w:r>
    </w:p>
    <w:p>
      <w:r>
        <w:rPr>
          <w:b w:val="0"/>
          <w:sz w:val="20"/>
        </w:rPr>
        <w:t>Produktbezeichnung 2 : ____________________________________________</w:t>
      </w:r>
    </w:p>
    <w:p>
      <w:r>
        <w:rPr>
          <w:b w:val="0"/>
          <w:sz w:val="20"/>
        </w:rPr>
        <w:t>Produktbezeichnung 3 : ____________________________________________</w:t>
      </w:r>
    </w:p>
    <w:p/>
    <w:p>
      <w:r>
        <w:rPr>
          <w:b w:val="0"/>
          <w:sz w:val="20"/>
        </w:rPr>
        <w:t>Bitte geben Sie uns Informationen zu Preisen, Lieferzeiten, Zahlungsbedingungen sowie eventuellen Rabatten.</w:t>
      </w:r>
    </w:p>
    <w:p/>
    <w:p>
      <w:r>
        <w:rPr>
          <w:b w:val="0"/>
          <w:sz w:val="20"/>
        </w:rPr>
        <w:t>Wir danken Ihnen im Voraus für Ihre Mühe und freuen uns auf Ihre zeitnahe Rückmeldung.</w:t>
      </w:r>
    </w:p>
    <w:p/>
    <w:p/>
    <w:p>
      <w:r>
        <w:rPr>
          <w:b w:val="0"/>
          <w:sz w:val="20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https://musterklar.com/anfrage-beispiel/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anfrage-beispiel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