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ARBEITSVERTRAG - ÜBERNAHME NACH AUSBILDUNG</w:t>
      </w:r>
    </w:p>
    <w:p/>
    <w:p>
      <w:pPr>
        <w:jc w:val="center"/>
      </w:pPr>
      <w:r>
        <w:rPr>
          <w:b w:val="0"/>
          <w:sz w:val="20"/>
        </w:rPr>
        <w:t>Zwischen</w:t>
      </w:r>
    </w:p>
    <w:p>
      <w:pPr>
        <w:jc w:val="center"/>
      </w:pPr>
      <w:r>
        <w:rPr>
          <w:b/>
          <w:sz w:val="20"/>
        </w:rPr>
        <w:t>Firma : ________________________________________________</w:t>
      </w:r>
    </w:p>
    <w:p>
      <w:pPr>
        <w:jc w:val="center"/>
      </w:pPr>
      <w:r>
        <w:rPr>
          <w:b w:val="0"/>
          <w:sz w:val="20"/>
        </w:rPr>
        <w:t>Adresse : ______________________________________________</w:t>
      </w:r>
    </w:p>
    <w:p>
      <w:pPr>
        <w:jc w:val="center"/>
      </w:pPr>
      <w:r>
        <w:rPr>
          <w:b w:val="0"/>
          <w:sz w:val="20"/>
        </w:rPr>
        <w:t>vertreten durch : ______________________________________</w:t>
      </w:r>
    </w:p>
    <w:p/>
    <w:p/>
    <w:p>
      <w:pPr>
        <w:jc w:val="center"/>
      </w:pPr>
      <w:r>
        <w:rPr>
          <w:b w:val="0"/>
          <w:sz w:val="20"/>
        </w:rPr>
        <w:t>und</w:t>
      </w:r>
    </w:p>
    <w:p>
      <w:pPr>
        <w:jc w:val="center"/>
      </w:pPr>
      <w:r>
        <w:rPr>
          <w:b/>
          <w:sz w:val="20"/>
        </w:rPr>
        <w:t>Herrn/Frau : ___________________________________________</w:t>
      </w:r>
    </w:p>
    <w:p>
      <w:pPr>
        <w:jc w:val="center"/>
      </w:pPr>
      <w:r>
        <w:rPr>
          <w:b w:val="0"/>
          <w:sz w:val="20"/>
        </w:rPr>
        <w:t>Geburtsdatum : _________________________________________</w:t>
      </w:r>
    </w:p>
    <w:p>
      <w:pPr>
        <w:jc w:val="center"/>
      </w:pPr>
      <w:r>
        <w:rPr>
          <w:b w:val="0"/>
          <w:sz w:val="20"/>
        </w:rPr>
        <w:t>Anschrift : ____________________________________________</w:t>
      </w:r>
    </w:p>
    <w:p/>
    <w:p/>
    <w:p>
      <w:r>
        <w:rPr>
          <w:b/>
          <w:sz w:val="20"/>
        </w:rPr>
        <w:t>wird folgender Arbeitsvertrag geschlossen :</w:t>
      </w:r>
    </w:p>
    <w:p/>
    <w:p>
      <w:r>
        <w:rPr>
          <w:b/>
          <w:sz w:val="20"/>
        </w:rPr>
        <w:t>§ 1 – Beginn des Arbeitsverhältnisses</w:t>
      </w:r>
    </w:p>
    <w:p>
      <w:r>
        <w:rPr>
          <w:b w:val="0"/>
          <w:sz w:val="20"/>
        </w:rPr>
        <w:t>Der Arbeitnehmer wird nach erfolgreichem Abschluss der Ausbildung im Betrieb übernommen. Das Arbeitsverhältnis beginnt mit Unterzeichnung dieses Vertrages.</w:t>
      </w:r>
    </w:p>
    <w:p/>
    <w:p>
      <w:r>
        <w:rPr>
          <w:b/>
          <w:sz w:val="20"/>
        </w:rPr>
        <w:t>§ 2 – Tätigkeitsbereich</w:t>
      </w:r>
    </w:p>
    <w:p>
      <w:r>
        <w:rPr>
          <w:b w:val="0"/>
          <w:sz w:val="20"/>
        </w:rPr>
        <w:t>Der Arbeitnehmer wird als ________________________________________________ beschäftigt. Der Arbeitgeber behält sich vor, dem Arbeitnehmer andere, seinen Fähigkeiten entsprechende Tätigkeiten zuzuweisen.</w:t>
      </w:r>
    </w:p>
    <w:p/>
    <w:p>
      <w:r>
        <w:rPr>
          <w:b/>
          <w:sz w:val="20"/>
        </w:rPr>
        <w:t>§ 3 – Arbeitszeit</w:t>
      </w:r>
    </w:p>
    <w:p>
      <w:r>
        <w:rPr>
          <w:b w:val="0"/>
          <w:sz w:val="20"/>
        </w:rPr>
        <w:t>Die regelmäßige Arbeitszeit beträgt ______________ Stunden pro Woche und richtet sich nach den betrieblichen Erfordernissen und den gesetzlichen Bestimmungen.</w:t>
      </w:r>
    </w:p>
    <w:p/>
    <w:p>
      <w:r>
        <w:rPr>
          <w:b/>
          <w:sz w:val="20"/>
        </w:rPr>
        <w:t>§ 4 – Vergütung</w:t>
      </w:r>
    </w:p>
    <w:p>
      <w:r>
        <w:rPr>
          <w:b w:val="0"/>
          <w:sz w:val="20"/>
        </w:rPr>
        <w:t>Der Arbeitnehmer erhält eine monatliche Bruttovergütung in Höhe von ____________________ EUR, zahlbar jeweils zum Ende des Monats.</w:t>
      </w:r>
    </w:p>
    <w:p/>
    <w:p>
      <w:r>
        <w:rPr>
          <w:b/>
          <w:sz w:val="20"/>
        </w:rPr>
        <w:t>§ 5 – Urlaub</w:t>
      </w:r>
    </w:p>
    <w:p>
      <w:r>
        <w:rPr>
          <w:b w:val="0"/>
          <w:sz w:val="20"/>
        </w:rPr>
        <w:t>Der Arbeitnehmer hat Anspruch auf den gesetzlichen Mindesturlaub. Der genaue Urlaubsanspruch und die Urlaubsgewährung richten sich nach den geltenden Tarifverträgen und Betriebsvereinbarungen.</w:t>
      </w:r>
    </w:p>
    <w:p/>
    <w:p>
      <w:r>
        <w:rPr>
          <w:b/>
          <w:sz w:val="20"/>
        </w:rPr>
        <w:t>§ 6 – Kündigung</w:t>
      </w:r>
    </w:p>
    <w:p>
      <w:r>
        <w:rPr>
          <w:b w:val="0"/>
          <w:sz w:val="20"/>
        </w:rPr>
        <w:t>Das Arbeitsverhältnis kann von beiden Parteien unter Einhaltung der gesetzlichen Kündigungsfristen gekündigt werden. Während der Probezeit gilt eine Kündigungsfrist von zwei Wochen.</w:t>
      </w:r>
    </w:p>
    <w:p/>
    <w:p>
      <w:r>
        <w:rPr>
          <w:b/>
          <w:sz w:val="20"/>
        </w:rPr>
        <w:t>§ 7 – Verschwiegenheitspflicht</w:t>
      </w:r>
    </w:p>
    <w:p>
      <w:r>
        <w:rPr>
          <w:b w:val="0"/>
          <w:sz w:val="20"/>
        </w:rPr>
        <w:t>Der Arbeitnehmer verpflichtet sich, über alle betrieblichen Angelegenheiten, die ihm im Rahmen seiner Tätigkeit bekannt werden, Stillschweigen zu bewahren, auch nach Beendigung des Arbeitsverhältnisses.</w:t>
      </w:r>
    </w:p>
    <w:p/>
    <w:p>
      <w:r>
        <w:rPr>
          <w:b/>
          <w:sz w:val="20"/>
        </w:rPr>
        <w:t>§ 8 – Sonstige Vereinbarungen</w:t>
      </w:r>
    </w:p>
    <w:p>
      <w:r>
        <w:rPr>
          <w:b w:val="0"/>
          <w:sz w:val="20"/>
        </w:rPr>
        <w:t>_________________________________________</w:t>
      </w:r>
    </w:p>
    <w:p>
      <w:r>
        <w:rPr>
          <w:b w:val="0"/>
          <w:sz w:val="20"/>
        </w:rPr>
        <w:t>_________________________________________</w:t>
      </w:r>
    </w:p>
    <w:p>
      <w:r>
        <w:rPr>
          <w:b w:val="0"/>
          <w:sz w:val="20"/>
        </w:rPr>
        <w:t>_________________________________________</w:t>
      </w:r>
    </w:p>
    <w:p/>
    <w:p>
      <w:r>
        <w:rPr>
          <w:b/>
          <w:sz w:val="20"/>
        </w:rPr>
        <w:t>§ 9 – Schlussbestimmungen</w:t>
      </w:r>
    </w:p>
    <w:p>
      <w:r>
        <w:rPr>
          <w:b w:val="0"/>
          <w:sz w:val="20"/>
        </w:rPr>
        <w:t>Änderungen und Ergänzungen dieses Vertrages bedürfen der Schriftform. Sollten einzelne Bestimmungen dieses Vertrages unwirksam sein, so bleibt der Vertrag im Übrigen wirksam.</w:t>
      </w:r>
    </w:p>
    <w:p/>
    <w:p/>
    <w:p>
      <w:r>
        <w:rPr>
          <w:b w:val="0"/>
          <w:sz w:val="20"/>
        </w:rPr>
        <w:t>Ort : ___________________________________    Datum : 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https://musterklar.com/arbeitsvertrag-ubernahme-nach-ausbildung-muster/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arbeitsvertrag-ubernahme-nach-ausbildung-muster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