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ARBEITSZEITBESCHEINIGUNG FÜR ELTERNGELD</w:t>
      </w:r>
    </w:p>
    <w:p/>
    <w:p>
      <w:r>
        <w:rPr>
          <w:b/>
          <w:sz w:val="20"/>
        </w:rPr>
        <w:t>Angaben des Arbeitgebers:</w:t>
      </w:r>
    </w:p>
    <w:p>
      <w:r>
        <w:rPr>
          <w:b w:val="0"/>
          <w:sz w:val="20"/>
        </w:rPr>
        <w:t>Name / Firma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</w:t>
      </w:r>
    </w:p>
    <w:p>
      <w:r>
        <w:rPr>
          <w:b w:val="0"/>
          <w:sz w:val="20"/>
        </w:rPr>
        <w:t>Steuernummer / USt-IdNr. : _________________________________________________</w:t>
      </w:r>
    </w:p>
    <w:p/>
    <w:p>
      <w:r>
        <w:rPr>
          <w:b/>
          <w:sz w:val="20"/>
        </w:rPr>
        <w:t>Angaben des Arbeitnehmers:</w:t>
      </w:r>
    </w:p>
    <w:p>
      <w:r>
        <w:rPr>
          <w:b w:val="0"/>
          <w:sz w:val="20"/>
        </w:rPr>
        <w:t>Vor- und Nachname : 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/>
    <w:p>
      <w:r>
        <w:rPr>
          <w:b/>
          <w:sz w:val="20"/>
        </w:rPr>
        <w:t>Beschäftigungszeitraum:</w:t>
      </w:r>
    </w:p>
    <w:p>
      <w:r>
        <w:rPr>
          <w:b w:val="0"/>
          <w:sz w:val="20"/>
        </w:rPr>
        <w:t>Beginn der Beschäftigung : _________________________________________________</w:t>
      </w:r>
    </w:p>
    <w:p>
      <w:r>
        <w:rPr>
          <w:b w:val="0"/>
          <w:sz w:val="20"/>
        </w:rPr>
        <w:t>Ende der Beschäftigung (falls befristet) : ___________________________________</w:t>
      </w:r>
    </w:p>
    <w:p/>
    <w:p>
      <w:r>
        <w:rPr>
          <w:b/>
          <w:sz w:val="20"/>
        </w:rPr>
        <w:t>Beschäftigungsumfang vor der Geburt des Kindes:</w:t>
      </w:r>
    </w:p>
    <w:p>
      <w:r>
        <w:rPr>
          <w:b w:val="0"/>
          <w:sz w:val="20"/>
        </w:rPr>
        <w:t>Regelmäßige wöchentliche Arbeitszeit : ______________ Stunden</w:t>
      </w:r>
    </w:p>
    <w:p>
      <w:r>
        <w:rPr>
          <w:b w:val="0"/>
          <w:sz w:val="20"/>
        </w:rPr>
        <w:t>Arbeitszeitmodell (z. B. Vollzeit, Teilzeit) : __________________________________</w:t>
      </w:r>
    </w:p>
    <w:p/>
    <w:p>
      <w:r>
        <w:rPr>
          <w:b/>
          <w:sz w:val="20"/>
        </w:rPr>
        <w:t>Veränderungen der Arbeitszeit seit der Geburt des Kindes:</w:t>
      </w:r>
    </w:p>
    <w:p>
      <w:r>
        <w:rPr>
          <w:b w:val="0"/>
          <w:sz w:val="20"/>
        </w:rPr>
        <w:t>Arbeitszeit seit Geburt des Kindes : ______________ Stunden pro Woche</w:t>
      </w:r>
    </w:p>
    <w:p>
      <w:r>
        <w:rPr>
          <w:b w:val="0"/>
          <w:sz w:val="20"/>
        </w:rPr>
        <w:t>Arbeitszeitmodell seit Geburt des Kindes : __________________________________</w:t>
      </w:r>
    </w:p>
    <w:p/>
    <w:p>
      <w:r>
        <w:rPr>
          <w:b/>
          <w:sz w:val="20"/>
        </w:rPr>
        <w:t>Bestätigung des Arbeitgebers:</w:t>
      </w:r>
    </w:p>
    <w:p>
      <w:r>
        <w:rPr>
          <w:b w:val="0"/>
          <w:sz w:val="20"/>
        </w:rPr>
        <w:t>Hiermit wird bescheinigt, dass die oben genannten Angaben korrekt sind und der Arbeitnehmer</w:t>
      </w:r>
    </w:p>
    <w:p>
      <w:r>
        <w:rPr>
          <w:b w:val="0"/>
          <w:sz w:val="20"/>
        </w:rPr>
        <w:t>tatsächlich entsprechend der angegebenen Arbeitszeit beschäftigt ist bzw. war.</w:t>
      </w:r>
    </w:p>
    <w:p/>
    <w:p>
      <w:r>
        <w:rPr>
          <w:b w:val="0"/>
          <w:sz w:val="20"/>
        </w:rPr>
        <w:t>Diese Bescheinigung dient als Nachweis für den Antrag auf Elterngeld gemäß den geltenden</w:t>
      </w:r>
    </w:p>
    <w:p>
      <w:r>
        <w:rPr>
          <w:b w:val="0"/>
          <w:sz w:val="20"/>
        </w:rPr>
        <w:t>Bestimmungen in Deutschland.</w:t>
      </w:r>
    </w:p>
    <w:p/>
    <w:p/>
    <w:p>
      <w:r>
        <w:rPr>
          <w:b w:val="0"/>
          <w:sz w:val="20"/>
        </w:rPr>
        <w:t>Ort : ___________________________________________________    Datum : 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 (Firma / Name)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 (Name)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https://musterklar.com/arbeitszeitbescheinigung-elterngeld/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arbeitszeitbescheinigung-elterngeld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