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ÄRZTLICHE BESCHEINIGUNG FÜR DIE SCHULE</w:t>
      </w:r>
    </w:p>
    <w:p/>
    <w:p>
      <w:r>
        <w:rPr>
          <w:b/>
          <w:sz w:val="20"/>
        </w:rPr>
        <w:t>Angaben zur Schülerin / zum Schüler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Geburtsdatum : 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</w:t>
      </w:r>
    </w:p>
    <w:p/>
    <w:p>
      <w:r>
        <w:rPr>
          <w:b/>
          <w:sz w:val="20"/>
        </w:rPr>
        <w:t>Feststellung des Gesundheitszustandes :</w:t>
      </w:r>
    </w:p>
    <w:p>
      <w:r>
        <w:rPr>
          <w:b w:val="0"/>
          <w:sz w:val="20"/>
        </w:rPr>
        <w:t>Hiermit bestätige ich, dass die oben genannte Schülerin / der oben genannte Schüler nach meiner ärztlichen Untersuchung gesundheitlich in der Lage ist, den Schulbesuch wahrzunehmen.</w:t>
      </w:r>
    </w:p>
    <w:p>
      <w:r>
        <w:rPr>
          <w:b w:val="0"/>
          <w:sz w:val="20"/>
        </w:rPr>
        <w:t>Folgende Einschränkungen oder gesundheitliche Besonderheiten sind zu beachten: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/>
    <w:p>
      <w:r>
        <w:rPr>
          <w:b/>
          <w:sz w:val="20"/>
        </w:rPr>
        <w:t>Zeitraum der Erkrankung bzw. Fehlzeiten (falls zutreffend) :</w:t>
      </w:r>
    </w:p>
    <w:p>
      <w:r>
        <w:rPr>
          <w:b w:val="0"/>
          <w:sz w:val="20"/>
        </w:rPr>
        <w:t>Beginn : ____________________________    Ende : ____________________________</w:t>
      </w:r>
    </w:p>
    <w:p/>
    <w:p>
      <w:r>
        <w:rPr>
          <w:b/>
          <w:sz w:val="20"/>
        </w:rPr>
        <w:t>Weitere ärztliche Hinweise oder Empfehlungen :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/>
    <w:p>
      <w:r>
        <w:rPr>
          <w:b/>
          <w:sz w:val="20"/>
        </w:rPr>
        <w:t>§ 1 – Erklärung zur ärztlichen Untersuchung</w:t>
      </w:r>
    </w:p>
    <w:p>
      <w:r>
        <w:rPr>
          <w:b w:val="0"/>
          <w:sz w:val="20"/>
        </w:rPr>
        <w:t>Die Untersuchung erfolgte nach bestem Wissen und Gewissen. Diese Bescheinigung dient ausschließlich dem Zweck der Vorlage bei der Schule und ersetzt keine weitergehende medizinische Betreuung.</w:t>
      </w:r>
    </w:p>
    <w:p/>
    <w:p>
      <w:r>
        <w:rPr>
          <w:b/>
          <w:sz w:val="20"/>
        </w:rPr>
        <w:t>§ 2 – Datenschutz</w:t>
      </w:r>
    </w:p>
    <w:p>
      <w:r>
        <w:rPr>
          <w:b w:val="0"/>
          <w:sz w:val="20"/>
        </w:rPr>
        <w:t>Die hier gemachten Angaben unterliegen dem ärztlichen Datenschutz und dürfen nur mit ausdrücklicher Zustimmung der Erziehungsberechtigten an Dritte weitergegeben werden.</w:t>
      </w:r>
    </w:p>
    <w:p/>
    <w:p>
      <w:r>
        <w:rPr>
          <w:b w:val="0"/>
          <w:sz w:val="20"/>
        </w:rPr>
        <w:t>Ort der Ausstellung : _________________________________________________________</w:t>
      </w:r>
    </w:p>
    <w:p>
      <w:r>
        <w:rPr>
          <w:b w:val="0"/>
          <w:sz w:val="20"/>
        </w:rPr>
        <w:t>Datum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ÄRZTIN / ARZT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STEMPEL DER PRAXIS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/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/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https://musterklar.com/arztliche-bescheinigung-schule-vordruck/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klar.com/arztliche-bescheinigung-schule-vordruck/" TargetMode="External"/><Relationship Id="rId10" Type="http://schemas.openxmlformats.org/officeDocument/2006/relationships/hyperlink" Target="https://muster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