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ÄRZTLICHES ATTEST FÜR HOME-OFFICE</w:t>
      </w:r>
    </w:p>
    <w:p/>
    <w:p>
      <w:r>
        <w:rPr>
          <w:b/>
          <w:sz w:val="20"/>
        </w:rPr>
        <w:t>Angaben des Arztes: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Praxisadresse : 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des Patienten: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Attestierung:</w:t>
      </w:r>
    </w:p>
    <w:p>
      <w:r>
        <w:rPr>
          <w:b w:val="0"/>
          <w:sz w:val="20"/>
        </w:rPr>
        <w:t>Der oben genannte Patient ist aufgrund einer vorliegenden gesundheitlichen Einschränkung</w:t>
      </w:r>
    </w:p>
    <w:p>
      <w:r>
        <w:rPr>
          <w:b w:val="0"/>
          <w:sz w:val="20"/>
        </w:rPr>
        <w:t>vorübergehend nicht in der Lage, seine berufliche Tätigkeit außerhalb des privaten Wohnraums</w:t>
      </w:r>
    </w:p>
    <w:p>
      <w:r>
        <w:rPr>
          <w:b w:val="0"/>
          <w:sz w:val="20"/>
        </w:rPr>
        <w:t>auszuüben. Aus medizinischer Sicht wird daher empfohlen, die Tätigkeit im Home-Office</w:t>
      </w:r>
    </w:p>
    <w:p>
      <w:r>
        <w:rPr>
          <w:b w:val="0"/>
          <w:sz w:val="20"/>
        </w:rPr>
        <w:t>durchzuführen, um eine Verschlechterung des Gesundheitszustandes zu vermeiden.</w:t>
      </w:r>
    </w:p>
    <w:p/>
    <w:p>
      <w:r>
        <w:rPr>
          <w:b w:val="0"/>
          <w:sz w:val="20"/>
        </w:rPr>
        <w:t>Dieses Attest bestätigt die Notwendigkeit der Tätigkeit im Home-Office und ist</w:t>
      </w:r>
    </w:p>
    <w:p>
      <w:r>
        <w:rPr>
          <w:b w:val="0"/>
          <w:sz w:val="20"/>
        </w:rPr>
        <w:t>für den Zeitraum von _______________ (z.B. vier Wochen) gültig.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Das Attest dient ausschließlich zur Vorlage beim Arbeitgeber und unterliegt der ärztlichen Schweigepflicht.</w:t>
      </w:r>
    </w:p>
    <w:p>
      <w:r>
        <w:rPr>
          <w:b w:val="0"/>
          <w:sz w:val="20"/>
        </w:rPr>
        <w:t>Das Vorliegen der gesundheitlichen Einschränkung wurde sorgfältig geprüft.</w:t>
      </w:r>
    </w:p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Unterschrift des Arztes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Arzt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https://musterklar.com/arztliches-attest-homeoffice-vorlage/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rztliches-attest-homeoffice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