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AUFHEBUNGSVERTRAG ZUM MIETVERTRAG</w:t>
      </w:r>
    </w:p>
    <w:p/>
    <w:p>
      <w:pPr>
        <w:jc w:val="center"/>
      </w:pPr>
      <w:r>
        <w:rPr>
          <w:b/>
          <w:sz w:val="20"/>
        </w:rPr>
        <w:t>Zwischen</w:t>
      </w:r>
    </w:p>
    <w:p>
      <w:r>
        <w:rPr>
          <w:b w:val="0"/>
          <w:sz w:val="20"/>
        </w:rPr>
        <w:t>Vermieter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pPr>
        <w:jc w:val="center"/>
      </w:pPr>
      <w:r>
        <w:rPr>
          <w:b/>
          <w:sz w:val="20"/>
        </w:rPr>
        <w:t>und</w:t>
      </w:r>
    </w:p>
    <w:p>
      <w:r>
        <w:rPr>
          <w:b w:val="0"/>
          <w:sz w:val="20"/>
        </w:rPr>
        <w:t>Mieter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1. Beendigung des Mietverhältnisses</w:t>
      </w:r>
    </w:p>
    <w:p>
      <w:r>
        <w:rPr>
          <w:b w:val="0"/>
          <w:sz w:val="20"/>
        </w:rPr>
        <w:t>Die Parteien sind sich darüber einig, das zwischen ihnen bestehende Mietverhältnis über die Wohnung / das Haus</w:t>
      </w:r>
    </w:p>
    <w:p>
      <w:r>
        <w:rPr>
          <w:b w:val="0"/>
          <w:sz w:val="20"/>
        </w:rPr>
        <w:t>__________________________________________________________ (Adresse) einvernehmlich aufzuheben.</w:t>
      </w:r>
    </w:p>
    <w:p>
      <w:r>
        <w:rPr>
          <w:b w:val="0"/>
          <w:sz w:val="20"/>
        </w:rPr>
        <w:t>Das Mietverhältnis endet mit Unterzeichnung dieses Aufhebungsvertrages.</w:t>
      </w:r>
    </w:p>
    <w:p/>
    <w:p>
      <w:r>
        <w:rPr>
          <w:b/>
          <w:sz w:val="20"/>
        </w:rPr>
        <w:t>2. Rückgabe der Mietsache</w:t>
      </w:r>
    </w:p>
    <w:p>
      <w:r>
        <w:rPr>
          <w:b w:val="0"/>
          <w:sz w:val="20"/>
        </w:rPr>
        <w:t>Der Mieter verpflichtet sich, die Mietwohnung / das Mietobjekt spätestens mit Beendigung des Mietverhältnisses geräumt und in vertragsgemäßem Zustand an den Vermieter zurückzugeben.</w:t>
      </w:r>
    </w:p>
    <w:p/>
    <w:p>
      <w:r>
        <w:rPr>
          <w:b/>
          <w:sz w:val="20"/>
        </w:rPr>
        <w:t>3. Abgeltungsklausel</w:t>
      </w:r>
    </w:p>
    <w:p>
      <w:r>
        <w:rPr>
          <w:b w:val="0"/>
          <w:sz w:val="20"/>
        </w:rPr>
        <w:t>Mit Unterzeichnung dieses Vertrages sind alle gegenseitigen Ansprüche aus dem Mietverhältnis abgegolten. Insbesondere werden gegenseitige Forderungen aus Mietrückständen, Nebenkostenabrechnungen und Kaution vollständig und endgültig ausgeglichen.</w:t>
      </w:r>
    </w:p>
    <w:p/>
    <w:p>
      <w:r>
        <w:rPr>
          <w:b/>
          <w:sz w:val="20"/>
        </w:rPr>
        <w:t>4. Kaution</w:t>
      </w:r>
    </w:p>
    <w:p>
      <w:r>
        <w:rPr>
          <w:b w:val="0"/>
          <w:sz w:val="20"/>
        </w:rPr>
        <w:t>Die Kaution in Höhe von ______________________________ EUR wird nach Rückgabe und Abnahme der Mietsache vom Vermieter zurückgezahlt, sofern keine berechtigten Ansprüche bestehen.</w:t>
      </w:r>
    </w:p>
    <w:p/>
    <w:p>
      <w:r>
        <w:rPr>
          <w:b/>
          <w:sz w:val="20"/>
        </w:rPr>
        <w:t>5. Haftung und Schäden</w:t>
      </w:r>
    </w:p>
    <w:p>
      <w:r>
        <w:rPr>
          <w:b w:val="0"/>
          <w:sz w:val="20"/>
        </w:rPr>
        <w:t>Der Mieter erklärt, dass ihm keine Schäden an der Mietsache bekannt sind, die über die normale Abnutzung hinausgehen. Etwaige Schadensersatzansprüche werden mit Unterzeichnung dieses Vertrages ausgeschlossen, soweit nicht arglistig verschwiegen.</w:t>
      </w:r>
    </w:p>
    <w:p/>
    <w:p>
      <w:r>
        <w:rPr>
          <w:b/>
          <w:sz w:val="20"/>
        </w:rPr>
        <w:t>6. Schlussbestimmungen</w:t>
      </w:r>
    </w:p>
    <w:p>
      <w:r>
        <w:rPr>
          <w:b w:val="0"/>
          <w:sz w:val="20"/>
        </w:rPr>
        <w:t>Änderungen und Ergänzungen dieses Vertrages bedürfen der Schriftform. Sollten einzelne Bestimmungen dieses Vertrages unwirksam sein, so bleibt die Wirksamkeit der übrigen Bestimmungen unberührt.</w:t>
      </w:r>
    </w:p>
    <w:p/>
    <w:p/>
    <w:p>
      <w:r>
        <w:rPr>
          <w:b w:val="0"/>
          <w:sz w:val="20"/>
        </w:rPr>
        <w:t>Ort : ___________________________________________________</w:t>
      </w:r>
    </w:p>
    <w:p>
      <w:r>
        <w:rPr>
          <w:b w:val="0"/>
          <w:sz w:val="20"/>
        </w:rPr>
        <w:t>Datum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https://musterklar.com/aufhebungsvertrag-mietvertrag-bei-trennung-vorlage/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aufhebungsvertrag-mietvertrag-bei-trennung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