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AUSGLEICHSQUITTUNG</w:t>
      </w:r>
    </w:p>
    <w:p/>
    <w:p>
      <w:r>
        <w:rPr>
          <w:b/>
          <w:sz w:val="20"/>
        </w:rPr>
        <w:t>Hiermit bestätigt der Unterzeichnende den Erhalt des nachfolgend genannten Betrags als vollständigen Ausgleich.</w:t>
      </w:r>
    </w:p>
    <w:p/>
    <w:p/>
    <w:p>
      <w:r>
        <w:rPr>
          <w:b/>
          <w:sz w:val="20"/>
        </w:rPr>
        <w:t>Angaben des Zahlenden:</w:t>
      </w:r>
    </w:p>
    <w:p>
      <w:r>
        <w:rPr>
          <w:b w:val="0"/>
          <w:sz w:val="20"/>
        </w:rPr>
        <w:t>Vor- und Nachname : ___________________________________________________</w:t>
      </w:r>
    </w:p>
    <w:p>
      <w:r>
        <w:rPr>
          <w:b w:val="0"/>
          <w:sz w:val="20"/>
        </w:rPr>
        <w:t>Anschrift : ____________________________________________________________</w:t>
      </w:r>
    </w:p>
    <w:p>
      <w:r>
        <w:rPr>
          <w:b w:val="0"/>
          <w:sz w:val="20"/>
        </w:rPr>
        <w:t>Telefonnummer : _______________________________________________________</w:t>
      </w:r>
    </w:p>
    <w:p/>
    <w:p>
      <w:r>
        <w:rPr>
          <w:b/>
          <w:sz w:val="20"/>
        </w:rPr>
        <w:t>Angaben des Empfängers:</w:t>
      </w:r>
    </w:p>
    <w:p>
      <w:r>
        <w:rPr>
          <w:b w:val="0"/>
          <w:sz w:val="20"/>
        </w:rPr>
        <w:t>Vor- und Nachname / Firma : ___________________________________________</w:t>
      </w:r>
    </w:p>
    <w:p>
      <w:r>
        <w:rPr>
          <w:b w:val="0"/>
          <w:sz w:val="20"/>
        </w:rPr>
        <w:t>Anschrift : ____________________________________________________________</w:t>
      </w:r>
    </w:p>
    <w:p>
      <w:r>
        <w:rPr>
          <w:b w:val="0"/>
          <w:sz w:val="20"/>
        </w:rPr>
        <w:t>Telefonnummer : _______________________________________________________</w:t>
      </w:r>
    </w:p>
    <w:p/>
    <w:p>
      <w:r>
        <w:rPr>
          <w:b/>
          <w:sz w:val="20"/>
        </w:rPr>
        <w:t>Details der Zahlung:</w:t>
      </w:r>
    </w:p>
    <w:p>
      <w:r>
        <w:rPr>
          <w:b w:val="0"/>
          <w:sz w:val="20"/>
        </w:rPr>
        <w:t>Betrag (in EUR) : ___________________________</w:t>
      </w:r>
    </w:p>
    <w:p>
      <w:r>
        <w:rPr>
          <w:b w:val="0"/>
          <w:sz w:val="20"/>
        </w:rPr>
        <w:t>Zahlungsgrund / Verwendungszweck : _________________________________</w:t>
      </w:r>
    </w:p>
    <w:p>
      <w:r>
        <w:rPr>
          <w:b w:val="0"/>
          <w:sz w:val="20"/>
        </w:rPr>
        <w:t>Zahlungsart : ________________________________________________________</w:t>
      </w:r>
    </w:p>
    <w:p/>
    <w:p>
      <w:r>
        <w:rPr>
          <w:b/>
          <w:sz w:val="20"/>
        </w:rPr>
        <w:t>Der Zahlende bestätigt mit dieser Quittung, dass der oben genannte Betrag in voller Höhe an den Empfänger gezahlt wurde. Mit Erhalt dieser Quittung sind alle Ansprüche aus dem genannten Zahlungsgrund abgegolten.</w:t>
      </w:r>
    </w:p>
    <w:p/>
    <w:p/>
    <w:p>
      <w:r>
        <w:rPr>
          <w:b w:val="0"/>
          <w:sz w:val="20"/>
        </w:rPr>
        <w:t>Ort : ________________________________________________________________</w:t>
      </w:r>
    </w:p>
    <w:p>
      <w:r>
        <w:rPr>
          <w:b w:val="0"/>
          <w:sz w:val="20"/>
        </w:rPr>
        <w:t>Datum :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Zahlender</w:t>
            </w:r>
          </w:p>
        </w:tc>
        <w:tc>
          <w:tcPr>
            <w:tcW w:type="dxa" w:w="4986"/>
            <w:tcBorders>
              <w:top w:val="nil"/>
              <w:left w:val="nil"/>
              <w:bottom w:val="nil"/>
              <w:right w:val="nil"/>
              <w:insideH w:val="nil"/>
              <w:insideV w:val="nil"/>
            </w:tcBorders>
          </w:tcPr>
          <w:p>
            <w:pPr>
              <w:jc w:val="center"/>
            </w:pPr>
            <w:r>
              <w:t>Empfänger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https://musterklar.com/ausgleichsquittung-muster/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ausgleichsquittung-muste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