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w:t>
      </w:r>
    </w:p>
    <w:p/>
    <w:p/>
    <w:p>
      <w:r>
        <w:rPr>
          <w:b/>
          <w:sz w:val="20"/>
        </w:rPr>
        <w:t>Angaben des Vollmachtgebers:</w:t>
      </w:r>
    </w:p>
    <w:p>
      <w:r>
        <w:rPr>
          <w:b w:val="0"/>
          <w:sz w:val="20"/>
        </w:rPr>
        <w:t>Vor- und Nachname : ________________________________________________</w:t>
      </w:r>
    </w:p>
    <w:p>
      <w:r>
        <w:rPr>
          <w:b w:val="0"/>
          <w:sz w:val="20"/>
        </w:rPr>
        <w:t>Geburtsdatum : _____________________________________________________</w:t>
      </w:r>
    </w:p>
    <w:p>
      <w:r>
        <w:rPr>
          <w:b w:val="0"/>
          <w:sz w:val="20"/>
        </w:rPr>
        <w:t>Anschrift : _________________________________________________________</w:t>
      </w:r>
    </w:p>
    <w:p>
      <w:r>
        <w:rPr>
          <w:b w:val="0"/>
          <w:sz w:val="20"/>
        </w:rPr>
        <w:t>Telefonnummer : ____________________________________________________</w:t>
      </w:r>
    </w:p>
    <w:p/>
    <w:p>
      <w:r>
        <w:rPr>
          <w:b/>
          <w:sz w:val="20"/>
        </w:rPr>
        <w:t>Angaben des Bevollmächtigten:</w:t>
      </w:r>
    </w:p>
    <w:p>
      <w:r>
        <w:rPr>
          <w:b w:val="0"/>
          <w:sz w:val="20"/>
        </w:rPr>
        <w:t>Vor- und Nachname : ________________________________________________</w:t>
      </w:r>
    </w:p>
    <w:p>
      <w:r>
        <w:rPr>
          <w:b w:val="0"/>
          <w:sz w:val="20"/>
        </w:rPr>
        <w:t>Geburtsdatum : _____________________________________________________</w:t>
      </w:r>
    </w:p>
    <w:p>
      <w:r>
        <w:rPr>
          <w:b w:val="0"/>
          <w:sz w:val="20"/>
        </w:rPr>
        <w:t>Anschrift : _________________________________________________________</w:t>
      </w:r>
    </w:p>
    <w:p>
      <w:r>
        <w:rPr>
          <w:b w:val="0"/>
          <w:sz w:val="20"/>
        </w:rPr>
        <w:t>Telefonnummer : ____________________________________________________</w:t>
      </w:r>
    </w:p>
    <w:p/>
    <w:p>
      <w:r>
        <w:rPr>
          <w:b/>
          <w:sz w:val="20"/>
        </w:rPr>
        <w:t>Vollmachtserteilung:</w:t>
      </w:r>
    </w:p>
    <w:p>
      <w:r>
        <w:rPr>
          <w:b w:val="0"/>
          <w:sz w:val="20"/>
        </w:rPr>
        <w:t>Hiermit erteile ich dem oben genannten Bevollmächtigten die Vollmacht, mich gegenüber der BBBank in allen Angelegenheiten zu vertreten. Dies umfasst insbesondere das Recht, Kontoinformationen einzuholen, Aufträge zu erteilen, Verträge abzuschließen sowie alle sonstigen erforderlichen Erklärungen und Handlungen vorzunehmen.</w:t>
      </w:r>
    </w:p>
    <w:p/>
    <w:p>
      <w:r>
        <w:rPr>
          <w:b/>
          <w:sz w:val="20"/>
        </w:rPr>
        <w:t>Einschränkungen der Vollmacht:</w:t>
      </w:r>
    </w:p>
    <w:p>
      <w:r>
        <w:rPr>
          <w:b w:val="0"/>
          <w:sz w:val="20"/>
        </w:rPr>
        <w:t>Diese Vollmacht berechtigt ausdrücklich nicht zur Verfügung über Kreditlinien, zum Abschluss von Darlehensverträgen oder zur Änderung der Persönlichen Daten des Vollmachtgebers.</w:t>
      </w:r>
    </w:p>
    <w:p/>
    <w:p>
      <w:r>
        <w:rPr>
          <w:b/>
          <w:sz w:val="20"/>
        </w:rPr>
        <w:t>Widerruf der Vollmacht:</w:t>
      </w:r>
    </w:p>
    <w:p>
      <w:r>
        <w:rPr>
          <w:b w:val="0"/>
          <w:sz w:val="20"/>
        </w:rPr>
        <w:t>Die Vollmacht ist bis auf Widerruf gültig. Ein Widerruf ist schriftlich gegenüber der BBBank zu erklären.</w:t>
      </w:r>
    </w:p>
    <w:p/>
    <w:p/>
    <w:p>
      <w:r>
        <w:rPr>
          <w:b w:val="0"/>
          <w:sz w:val="20"/>
        </w:rPr>
        <w:t>Ort : ____________________________    Datum : 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https://musterklar.com/bbbank-vollmacht-formular/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bbbank-vollmacht-formula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