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- PREISNACHLASS BEI BESCHÄDIGTER WARE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Firma / Name : ________________________________________________</w:t>
      </w:r>
    </w:p>
    <w:p>
      <w:r>
        <w:rPr>
          <w:b w:val="0"/>
          <w:sz w:val="20"/>
        </w:rPr>
        <w:t>Adresse : ____________________________________________________</w:t>
      </w:r>
    </w:p>
    <w:p>
      <w:r>
        <w:rPr>
          <w:b w:val="0"/>
          <w:sz w:val="20"/>
        </w:rPr>
        <w:t>Telefonnummer : ______________________________________________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</w:t>
      </w:r>
    </w:p>
    <w:p>
      <w:r>
        <w:rPr>
          <w:b w:val="0"/>
          <w:sz w:val="20"/>
        </w:rPr>
        <w:t>Adresse : ____________________________________________________</w:t>
      </w:r>
    </w:p>
    <w:p>
      <w:r>
        <w:rPr>
          <w:b w:val="0"/>
          <w:sz w:val="20"/>
        </w:rPr>
        <w:t>Telefonnummer : 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/>
          <w:sz w:val="20"/>
        </w:rPr>
        <w:t>Preisnachlass wegen beschädigter Ware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am Empfangstag der Lieferung mit der Bestellnummer ___________________ musste ich leider feststellen, dass die gelieferte Ware beschädigt ist.</w:t>
      </w:r>
    </w:p>
    <w:p/>
    <w:p>
      <w:r>
        <w:rPr>
          <w:b/>
          <w:sz w:val="20"/>
        </w:rPr>
        <w:t>Die Schäden bestehen aus: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/>
    <w:p>
      <w:r>
        <w:rPr>
          <w:b w:val="0"/>
          <w:sz w:val="20"/>
        </w:rPr>
        <w:t>Da die Ware nicht einwandfrei ist, bitte ich Sie, mir einen Preisnachlass in Höhe von _________________% des Kaufpreises zu gewähren.</w:t>
      </w:r>
    </w:p>
    <w:p/>
    <w:p>
      <w:r>
        <w:rPr>
          <w:b w:val="0"/>
          <w:sz w:val="20"/>
        </w:rPr>
        <w:t>Gemäß § 437 BGB habe ich als Käufer das Recht, bei mangelhafter Ware eine angemessene Preisminderung zu verlangen.</w:t>
      </w:r>
    </w:p>
    <w:p/>
    <w:p>
      <w:r>
        <w:rPr>
          <w:b w:val="0"/>
          <w:sz w:val="20"/>
        </w:rPr>
        <w:t>Bitte bestätigen Sie mir schriftlich die Gewährung des Preisnachlasses und teilen Sie mir gegebenenfalls die weiteren Schritte mit.</w:t>
      </w:r>
    </w:p>
    <w:p/>
    <w:p>
      <w:r>
        <w:rPr>
          <w:b w:val="0"/>
          <w:sz w:val="20"/>
        </w:rPr>
        <w:t>Mit freundlichen Grüßen,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https://musterklar.com/beschadigte-ware-preisnachlass-musterbrief/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beschadigte-ware-preisnachlass-musterbrief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