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BESCHEINIGUNG ÜBER VERDIENSTAUSFALL</w:t>
      </w:r>
    </w:p>
    <w:p/>
    <w:p/>
    <w:p>
      <w:r>
        <w:rPr>
          <w:b/>
          <w:sz w:val="20"/>
        </w:rPr>
        <w:t>Hiermit wird bescheinigt, dass Herr/Frau</w:t>
      </w:r>
    </w:p>
    <w:p>
      <w:r>
        <w:rPr>
          <w:b w:val="0"/>
          <w:sz w:val="20"/>
        </w:rPr>
        <w:t>_____________________________________________</w:t>
      </w:r>
    </w:p>
    <w:p>
      <w:r>
        <w:rPr>
          <w:b w:val="0"/>
          <w:sz w:val="20"/>
        </w:rPr>
        <w:t>geb. am ____________________, wohnhaft in</w:t>
      </w:r>
    </w:p>
    <w:p>
      <w:r>
        <w:rPr>
          <w:b w:val="0"/>
          <w:sz w:val="20"/>
        </w:rPr>
        <w:t>________________________________________________________</w:t>
      </w:r>
    </w:p>
    <w:p/>
    <w:p>
      <w:r>
        <w:rPr>
          <w:b/>
          <w:sz w:val="20"/>
        </w:rPr>
        <w:t>aufgrund von</w:t>
      </w:r>
    </w:p>
    <w:p>
      <w:r>
        <w:rPr>
          <w:b w:val="0"/>
          <w:sz w:val="20"/>
        </w:rPr>
        <w:t>________________________________________________________</w:t>
      </w:r>
    </w:p>
    <w:p>
      <w:r>
        <w:rPr>
          <w:b w:val="0"/>
          <w:sz w:val="20"/>
        </w:rPr>
        <w:t>im Zeitraum vom ____________________ bis zum ____________________</w:t>
      </w:r>
    </w:p>
    <w:p>
      <w:r>
        <w:rPr>
          <w:b w:val="0"/>
          <w:sz w:val="20"/>
        </w:rPr>
        <w:t>nicht in der Lage war, seiner/ihrer beruflichen Tätigkeit nachzugehen.</w:t>
      </w:r>
    </w:p>
    <w:p/>
    <w:p>
      <w:r>
        <w:rPr>
          <w:b/>
          <w:sz w:val="20"/>
        </w:rPr>
        <w:t>Arbeitgeber:</w:t>
      </w:r>
    </w:p>
    <w:p>
      <w:r>
        <w:rPr>
          <w:b w:val="0"/>
          <w:sz w:val="20"/>
        </w:rPr>
        <w:t>Name/Firma : _________________________________________________</w:t>
      </w:r>
    </w:p>
    <w:p>
      <w:r>
        <w:rPr>
          <w:b w:val="0"/>
          <w:sz w:val="20"/>
        </w:rPr>
        <w:t>Adresse : ____________________________________________________</w:t>
      </w:r>
    </w:p>
    <w:p>
      <w:r>
        <w:rPr>
          <w:b w:val="0"/>
          <w:sz w:val="20"/>
        </w:rPr>
        <w:t>Telefonnummer : ______________________________________________</w:t>
      </w:r>
    </w:p>
    <w:p/>
    <w:p>
      <w:r>
        <w:rPr>
          <w:b/>
          <w:sz w:val="20"/>
        </w:rPr>
        <w:t>Tätigkeit des Beschäftigten: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/>
          <w:sz w:val="20"/>
        </w:rPr>
        <w:t>Der Verdienstausfall beläuft sich auf brutto monatlich:</w:t>
      </w:r>
    </w:p>
    <w:p>
      <w:r>
        <w:rPr>
          <w:b w:val="0"/>
          <w:sz w:val="20"/>
        </w:rPr>
        <w:t>____________________________ EUR</w:t>
      </w:r>
    </w:p>
    <w:p/>
    <w:p>
      <w:r>
        <w:rPr>
          <w:b/>
          <w:sz w:val="20"/>
        </w:rPr>
        <w:t>Diese Bescheinigung dient als Nachweis für den Verdienstausfall und wird für</w:t>
      </w:r>
    </w:p>
    <w:p>
      <w:r>
        <w:rPr>
          <w:b w:val="0"/>
          <w:sz w:val="20"/>
        </w:rPr>
        <w:t>Ansprüche gegenüber dem Arbeitgeber oder Sozialversicherungsträger ausgestellt.</w:t>
      </w:r>
    </w:p>
    <w:p/>
    <w:p>
      <w:r>
        <w:rPr>
          <w:b w:val="0"/>
          <w:sz w:val="20"/>
        </w:rPr>
        <w:t>Der Arbeitgeber bestätigt hiermit die Richtigkeit der gemachten Angaben.</w:t>
      </w:r>
    </w:p>
    <w:p/>
    <w:p/>
    <w:p>
      <w:r>
        <w:rPr>
          <w:b w:val="0"/>
          <w:sz w:val="20"/>
        </w:rPr>
        <w:t>Ort : ____________________________________________</w:t>
      </w:r>
    </w:p>
    <w:p>
      <w:r>
        <w:rPr>
          <w:b w:val="0"/>
          <w:sz w:val="20"/>
        </w:rPr>
        <w:t>Datum : 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Beschäftigter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https://musterklar.com/bescheinigung-uber-verdienstausfall/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bescheinigung-uber-verdienstausfall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