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CREDITREFORM-MITGLIEDSCHAFT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/ Firma : 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Creditreform Musterstadt GmbH</w:t>
      </w:r>
    </w:p>
    <w:p>
      <w:r>
        <w:rPr>
          <w:b w:val="0"/>
          <w:sz w:val="20"/>
        </w:rPr>
        <w:t>Musterstraße 1</w:t>
      </w:r>
    </w:p>
    <w:p>
      <w:r>
        <w:rPr>
          <w:b w:val="0"/>
          <w:sz w:val="20"/>
        </w:rPr>
        <w:t>12345 Musterstadt</w:t>
      </w:r>
    </w:p>
    <w:p/>
    <w:p>
      <w:r>
        <w:rPr>
          <w:b/>
          <w:sz w:val="20"/>
        </w:rPr>
        <w:t>Betreff: Kündigung meiner Mitgliedschaft bei Creditreform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 Mitgliedschaft bei Creditreform fristgerecht und ordentlich zum nächstmöglichen Zeitpunkt. Bitte senden Sie mir eine schriftliche Bestätigung der Kündigung sowie das Vertragsende zu.</w:t>
      </w:r>
    </w:p>
    <w:p/>
    <w:p>
      <w:r>
        <w:rPr>
          <w:b w:val="0"/>
          <w:sz w:val="20"/>
        </w:rPr>
        <w:t>Des Weiteren bitte ich um Löschung meiner personenbezogenen Daten gemäß Art. 17 DSGVO, soweit keine gesetzlichen Aufbewahrungspflichten bestehen.</w:t>
      </w:r>
    </w:p>
    <w:p/>
    <w:p>
      <w:r>
        <w:rPr>
          <w:b w:val="0"/>
          <w:sz w:val="20"/>
        </w:rPr>
        <w:t>Für Rückfragen stehe ich Ihnen gerne zur Verfügung.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https://musterklar.com/creditreform-kundigen/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creditreform-kundigen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