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DANKSCHREIBEN AN LANGJÄHRIGE MIETER</w:t>
      </w:r>
    </w:p>
    <w:p/>
    <w:p/>
    <w:p>
      <w:r>
        <w:rPr>
          <w:b w:val="0"/>
          <w:sz w:val="20"/>
        </w:rPr>
        <w:t>Sehr geehrte Damen und Herren,</w:t>
      </w:r>
    </w:p>
    <w:p/>
    <w:p>
      <w:r>
        <w:rPr>
          <w:b w:val="0"/>
          <w:sz w:val="20"/>
        </w:rPr>
        <w:t>mit diesem Schreiben möchten wir Ihnen unseren aufrichtigen Dank für Ihre langjährige Treue und das entgegengebrachte Vertrauen in unsere Wohnobjekte aussprechen. Ihre Zuverlässigkeit und Sorgfalt als Mieter haben maßgeblich zum harmonischen Miteinander und zum Werterhalt der Immobilie beigetragen.</w:t>
      </w:r>
    </w:p>
    <w:p/>
    <w:p/>
    <w:p>
      <w:r>
        <w:rPr>
          <w:b/>
          <w:sz w:val="20"/>
        </w:rPr>
        <w:t>Wir schätzen besonders:</w:t>
      </w:r>
    </w:p>
    <w:p>
      <w:r>
        <w:rPr>
          <w:b w:val="0"/>
          <w:sz w:val="20"/>
        </w:rPr>
        <w:t>- Ihre pünktlichen Mietzahlungen</w:t>
      </w:r>
    </w:p>
    <w:p>
      <w:r>
        <w:rPr>
          <w:b w:val="0"/>
          <w:sz w:val="20"/>
        </w:rPr>
        <w:t>- den sorgfältigen Umgang mit der Wohnung</w:t>
      </w:r>
    </w:p>
    <w:p>
      <w:r>
        <w:rPr>
          <w:b w:val="0"/>
          <w:sz w:val="20"/>
        </w:rPr>
        <w:t>- Ihre Bereitschaft zur Zusammenarbeit bei notwendigen Instandhaltungsmaßnahmen</w:t>
      </w:r>
    </w:p>
    <w:p/>
    <w:p/>
    <w:p>
      <w:r>
        <w:rPr>
          <w:b w:val="0"/>
          <w:sz w:val="20"/>
        </w:rPr>
        <w:t>Langjährige Mietverhältnisse sind für uns von großem Wert, da sie ein Zeichen für gegenseitiges Vertrauen und Verlässlichkeit sind. Wir hoffen, Sie auch weiterhin als zufriedene Mieter in unseren Wohnanlagen begrüßen zu dürfen.</w:t>
      </w:r>
    </w:p>
    <w:p/>
    <w:p/>
    <w:p>
      <w:r>
        <w:rPr>
          <w:b w:val="0"/>
          <w:sz w:val="20"/>
        </w:rPr>
        <w:t>Sollten Sie Fragen oder Anliegen haben, stehen wir Ihnen selbstverständlich jederzeit gerne zur Verfügung. Wir wünschen Ihnen weiterhin angenehmes Wohnen und alles Gute.</w:t>
      </w:r>
    </w:p>
    <w:p/>
    <w:p/>
    <w:p/>
    <w:p>
      <w:r>
        <w:rPr>
          <w:b w:val="0"/>
          <w:sz w:val="20"/>
        </w:rPr>
        <w:t>Mit freundlichen Grüßen</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Ihr Vermieter / Ihre Vermieterin</w:t>
            </w:r>
          </w:p>
        </w:tc>
      </w:tr>
      <w:tr>
        <w:tc>
          <w:tcPr>
            <w:tcW w:type="dxa" w:w="9972"/>
            <w:tcBorders>
              <w:top w:val="nil"/>
              <w:left w:val="nil"/>
              <w:bottom w:val="nil"/>
              <w:right w:val="nil"/>
              <w:insideH w:val="nil"/>
              <w:insideV w:val="nil"/>
            </w:tcBorders>
          </w:tcPr>
          <w:p>
            <w:pPr>
              <w:jc w:val="left"/>
            </w:pPr>
            <w:r>
              <w:br/>
              <w:br/>
              <w:t>_____________________________</w:t>
              <w:br/>
              <w:t>(Name, ggf. Funktion)</w:t>
            </w:r>
          </w:p>
        </w:tc>
      </w:tr>
    </w:tbl>
    <w:p>
      <w:r>
        <w:br w:type="page"/>
      </w:r>
    </w:p>
    <w:p>
      <w:pPr>
        <w:jc w:val="center"/>
      </w:pPr>
      <w:r>
        <w:rPr>
          <w:color w:val="555555"/>
          <w:sz w:val="24"/>
        </w:rPr>
        <w:t>Originalquelle dieses Dokuments:</w:t>
      </w:r>
    </w:p>
    <w:p>
      <w:pPr>
        <w:jc w:val="center"/>
      </w:pPr>
      <w:hyperlink r:id="rId9">
        <w:r>
          <w:rPr>
            <w:color w:val="0000FF"/>
            <w:u w:val="single"/>
          </w:rPr>
          <w:t>https://musterklar.com/dankschreiben-an-langjahrige-mieter/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dankschreiben-an-langjahrige-mie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