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DIENSTWAGENÜBERLASSUNGSVERTRAG</w:t>
      </w:r>
    </w:p>
    <w:p/>
    <w:p>
      <w:r>
        <w:rPr>
          <w:b w:val="0"/>
          <w:sz w:val="20"/>
        </w:rPr>
        <w:t>Zwischen dem Arbeitgeber und dem Arbeitnehmer wird folgender Vertrag geschlossen:</w:t>
      </w:r>
    </w:p>
    <w:p/>
    <w:p>
      <w:r>
        <w:rPr>
          <w:b/>
          <w:sz w:val="20"/>
        </w:rPr>
        <w:t>Angaben des Arbeitgebers :</w:t>
      </w:r>
    </w:p>
    <w:p>
      <w:r>
        <w:rPr>
          <w:b w:val="0"/>
          <w:sz w:val="20"/>
        </w:rPr>
        <w:t>Firma / 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des Arbeitnehmers :</w:t>
      </w:r>
    </w:p>
    <w:p>
      <w:r>
        <w:rPr>
          <w:b w:val="0"/>
          <w:sz w:val="20"/>
        </w:rPr>
        <w:t>Vor- und Nachname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Dienstwagen :</w:t>
      </w:r>
    </w:p>
    <w:p>
      <w:r>
        <w:rPr>
          <w:b w:val="0"/>
          <w:sz w:val="20"/>
        </w:rPr>
        <w:t>Marke / Modell : ___________________________________________________________</w:t>
      </w:r>
    </w:p>
    <w:p>
      <w:r>
        <w:rPr>
          <w:b w:val="0"/>
          <w:sz w:val="20"/>
        </w:rPr>
        <w:t>Fahrzeug-Identifikationsnummer (FIN) : ______________________________________</w:t>
      </w:r>
    </w:p>
    <w:p>
      <w:r>
        <w:rPr>
          <w:b w:val="0"/>
          <w:sz w:val="20"/>
        </w:rPr>
        <w:t>Amtliches Kennzeichen : ____________________________________________________</w:t>
      </w:r>
    </w:p>
    <w:p>
      <w:r>
        <w:rPr>
          <w:b w:val="0"/>
          <w:sz w:val="20"/>
        </w:rPr>
        <w:t>Erstzulassung : ____________________________________________________________</w:t>
      </w:r>
    </w:p>
    <w:p>
      <w:r>
        <w:rPr>
          <w:b w:val="0"/>
          <w:sz w:val="20"/>
        </w:rPr>
        <w:t>Kilometerstand bei Übergabe : ______________________________________________</w:t>
      </w:r>
    </w:p>
    <w:p/>
    <w:p>
      <w:r>
        <w:rPr>
          <w:b/>
          <w:sz w:val="20"/>
        </w:rPr>
        <w:t>Überlassungsdauer :</w:t>
      </w:r>
    </w:p>
    <w:p>
      <w:r>
        <w:rPr>
          <w:b w:val="0"/>
          <w:sz w:val="20"/>
        </w:rPr>
        <w:t>Der Dienstwagen wird dem Arbeitnehmer ab dem Zeitpunkt der Unterzeichnung dieses Vertrages bis auf Weiteres / bis zum ___________________ zur Verfügung gestellt.</w:t>
      </w:r>
    </w:p>
    <w:p/>
    <w:p>
      <w:r>
        <w:rPr>
          <w:b/>
          <w:sz w:val="20"/>
        </w:rPr>
        <w:t>Nutzung des Dienstwagens :</w:t>
      </w:r>
    </w:p>
    <w:p>
      <w:r>
        <w:rPr>
          <w:b w:val="0"/>
          <w:sz w:val="20"/>
        </w:rPr>
        <w:t>Der Dienstwagen darf ausschließlich für dienstliche Zwecke / auch für private Fahrten genutzt werden.</w:t>
      </w:r>
    </w:p>
    <w:p>
      <w:r>
        <w:rPr>
          <w:b w:val="0"/>
          <w:sz w:val="20"/>
        </w:rPr>
        <w:t>Der Arbeitnehmer verpflichtet sich, das Fahrzeug pfleglich zu behandeln und alle geltenden Verkehrsregeln einzuhalten.</w:t>
      </w:r>
    </w:p>
    <w:p/>
    <w:p>
      <w:r>
        <w:rPr>
          <w:b/>
          <w:sz w:val="20"/>
        </w:rPr>
        <w:t>Kosten und Abrechnung :</w:t>
      </w:r>
    </w:p>
    <w:p>
      <w:r>
        <w:rPr>
          <w:b w:val="0"/>
          <w:sz w:val="20"/>
        </w:rPr>
        <w:t>Sämtliche Betriebskosten (Kraftstoff, Wartung, Reparaturen, Versicherung) trägt der Arbeitgeber / der Arbeitnehmer.</w:t>
      </w:r>
    </w:p>
    <w:p>
      <w:r>
        <w:rPr>
          <w:b w:val="0"/>
          <w:sz w:val="20"/>
        </w:rPr>
        <w:t>Etwaige private Nutzungskosten (z.B. Kraftstoff für Privatfahrten) hat der Arbeitnehmer selbst zu tragen.</w:t>
      </w:r>
    </w:p>
    <w:p/>
    <w:p>
      <w:r>
        <w:rPr>
          <w:b/>
          <w:sz w:val="20"/>
        </w:rPr>
        <w:t>Haftung und Versicherung :</w:t>
      </w:r>
    </w:p>
    <w:p>
      <w:r>
        <w:rPr>
          <w:b w:val="0"/>
          <w:sz w:val="20"/>
        </w:rPr>
        <w:t>Der Arbeitgeber haftet für Schäden, die nicht vom Arbeitnehmer zu vertreten sind.</w:t>
      </w:r>
    </w:p>
    <w:p>
      <w:r>
        <w:rPr>
          <w:b w:val="0"/>
          <w:sz w:val="20"/>
        </w:rPr>
        <w:t>Der Arbeitnehmer haftet für vorsätzlich oder grob fahrlässig verursachte Schäden.</w:t>
      </w:r>
    </w:p>
    <w:p>
      <w:r>
        <w:rPr>
          <w:b w:val="0"/>
          <w:sz w:val="20"/>
        </w:rPr>
        <w:t>Der Dienstwagen ist gesetzlich haftpflicht- und vollkaskoversichert.</w:t>
      </w:r>
    </w:p>
    <w:p/>
    <w:p>
      <w:r>
        <w:rPr>
          <w:b/>
          <w:sz w:val="20"/>
        </w:rPr>
        <w:t>Rückgabe :</w:t>
      </w:r>
    </w:p>
    <w:p>
      <w:r>
        <w:rPr>
          <w:b w:val="0"/>
          <w:sz w:val="20"/>
        </w:rPr>
        <w:t>Der Dienstwagen ist bei Beendigung des Arbeitsverhältnisses oder auf Verlangen des Arbeitgebers unverzüglich zurückzugeben.</w:t>
      </w:r>
    </w:p>
    <w:p>
      <w:r>
        <w:rPr>
          <w:b w:val="0"/>
          <w:sz w:val="20"/>
        </w:rPr>
        <w:t>Bei Rückgabe ist der Zustand des Fahrzeugs mit dem Arbeitgeber abzustimmen und schriftlich festzuhalten.</w:t>
      </w:r>
    </w:p>
    <w:p/>
    <w:p>
      <w:r>
        <w:rPr>
          <w:b/>
          <w:sz w:val="20"/>
        </w:rPr>
        <w:t>Kündigung des Überlassungsvertrags :</w:t>
      </w:r>
    </w:p>
    <w:p>
      <w:r>
        <w:rPr>
          <w:b w:val="0"/>
          <w:sz w:val="20"/>
        </w:rPr>
        <w:t>Dieser Vertrag kann von beiden Parteien mit einer Frist von ______ Wochen / Monaten schriftlich gekündigt werden.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der Vertrag im Übrigen wirksam.</w:t>
      </w:r>
    </w:p>
    <w:p>
      <w:r>
        <w:rPr>
          <w:b w:val="0"/>
          <w:sz w:val="20"/>
        </w:rPr>
        <w:t>Gerichtsstand ist der Sitz des Arbeitgebers.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https://musterklar.com/dienstwagenuberlassungsvertrag-muster/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dienstwagenuberlassungsvertra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