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 FÜR EBAY-NACHRICHTEN</w:t>
      </w:r>
    </w:p>
    <w:p/>
    <w:p/>
    <w:p>
      <w:r>
        <w:rPr>
          <w:b/>
          <w:sz w:val="20"/>
        </w:rPr>
        <w:t>Sehr geehrte Damen und Herren,</w:t>
      </w:r>
    </w:p>
    <w:p/>
    <w:p>
      <w:r>
        <w:rPr>
          <w:b/>
          <w:sz w:val="22"/>
        </w:rPr>
        <w:t>1. Anfrage zur Verfügbarkeit und Zustand</w:t>
      </w:r>
    </w:p>
    <w:p>
      <w:r>
        <w:rPr>
          <w:b w:val="0"/>
          <w:sz w:val="20"/>
        </w:rPr>
        <w:t>ich interessiere mich für den von Ihnen angebotenen Artikel auf eBay und möchte gerne wissen, ob dieser noch verfügbar ist. Zudem bitte ich um weitere Informationen zum Zustand und eventuellen Mängeln des Artikels.</w:t>
      </w:r>
    </w:p>
    <w:p/>
    <w:p>
      <w:r>
        <w:rPr>
          <w:b/>
          <w:sz w:val="22"/>
        </w:rPr>
        <w:t>2. Preisverhandlung</w:t>
      </w:r>
    </w:p>
    <w:p>
      <w:r>
        <w:rPr>
          <w:b w:val="0"/>
          <w:sz w:val="20"/>
        </w:rPr>
        <w:t>Der angebotene Preis liegt leicht über meinem Budget. Wären Sie bereit, den Preis auf ________________ EUR zu reduzieren? Ich würde das Angebot gerne bald abschließen.</w:t>
      </w:r>
    </w:p>
    <w:p/>
    <w:p>
      <w:r>
        <w:rPr>
          <w:b/>
          <w:sz w:val="22"/>
        </w:rPr>
        <w:t>3. Versand und Zahlungsmodalitäten</w:t>
      </w:r>
    </w:p>
    <w:p>
      <w:r>
        <w:rPr>
          <w:b w:val="0"/>
          <w:sz w:val="20"/>
        </w:rPr>
        <w:t>Bitte teilen Sie mir mit, welche Versandarten verfügbar sind und welche Kosten hierfür anfallen. Zudem würde ich gerne wissen, welche Zahlungsmethoden Sie akzeptieren.</w:t>
      </w:r>
    </w:p>
    <w:p/>
    <w:p>
      <w:r>
        <w:rPr>
          <w:b/>
          <w:sz w:val="22"/>
        </w:rPr>
        <w:t>4. Rückfragen nach Erhalt des Artikels</w:t>
      </w:r>
    </w:p>
    <w:p>
      <w:r>
        <w:rPr>
          <w:b w:val="0"/>
          <w:sz w:val="20"/>
        </w:rPr>
        <w:t>Nach Erhalt des Artikels werde ich diesen umgehend prüfen. Sollten unerwartete Mängel vorliegen, möchte ich bitten, dass wir eine einvernehmliche Lösung finden.</w:t>
      </w:r>
    </w:p>
    <w:p/>
    <w:p>
      <w:r>
        <w:rPr>
          <w:b/>
          <w:sz w:val="22"/>
        </w:rPr>
        <w:t>5. Absage einer Kaufabsicht</w:t>
      </w:r>
    </w:p>
    <w:p>
      <w:r>
        <w:rPr>
          <w:b w:val="0"/>
          <w:sz w:val="20"/>
        </w:rPr>
        <w:t>Vielen Dank für Ihre Rückmeldung. Nach sorgfältiger Überlegung habe ich mich entschieden, das Angebot nicht anzunehmen. Ich danke Ihnen für Ihre Mühe und wünsche Ihnen weiterhin viel Erfolg.</w:t>
      </w:r>
    </w:p>
    <w:p/>
    <w:p/>
    <w:p>
      <w:r>
        <w:rPr>
          <w:b w:val="0"/>
          <w:sz w:val="20"/>
        </w:rPr>
        <w:t>Mit freundlichen Grüßen,</w:t>
      </w:r>
    </w:p>
    <w:p/>
    <w:p/>
    <w:p/>
    <w:p>
      <w:r>
        <w:rPr>
          <w:b w:val="0"/>
          <w:sz w:val="20"/>
        </w:rPr>
        <w:t>_____________________________</w:t>
      </w:r>
    </w:p>
    <w:p>
      <w:r>
        <w:rPr>
          <w:b w:val="0"/>
          <w:sz w:val="20"/>
        </w:rPr>
        <w:t>Ihr Name</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Unterschrift</w:t>
            </w:r>
          </w:p>
        </w:tc>
        <w:tc>
          <w:tcPr>
            <w:tcW w:type="dxa" w:w="4986"/>
            <w:tcBorders>
              <w:top w:val="nil"/>
              <w:left w:val="nil"/>
              <w:bottom w:val="nil"/>
              <w:right w:val="nil"/>
              <w:insideH w:val="nil"/>
              <w:insideV w:val="nil"/>
            </w:tcBorders>
          </w:tcPr>
          <w:p>
            <w:pPr>
              <w:jc w:val="center"/>
            </w:pPr>
            <w:r>
              <w:t>Ort</w:t>
            </w:r>
          </w:p>
        </w:tc>
      </w:tr>
      <w:tr>
        <w:tc>
          <w:tcPr>
            <w:tcW w:type="dxa" w:w="4986"/>
            <w:tcBorders>
              <w:top w:val="nil"/>
              <w:left w:val="nil"/>
              <w:bottom w:val="nil"/>
              <w:right w:val="nil"/>
              <w:insideH w:val="nil"/>
              <w:insideV w:val="nil"/>
            </w:tcBorders>
          </w:tcPr>
          <w:p>
            <w:pPr>
              <w:jc w:val="center"/>
            </w:pPr>
            <w:r>
              <w:t>________________________</w:t>
            </w:r>
          </w:p>
        </w:tc>
        <w:tc>
          <w:tcPr>
            <w:tcW w:type="dxa" w:w="4986"/>
            <w:tcBorders>
              <w:top w:val="nil"/>
              <w:left w:val="nil"/>
              <w:bottom w:val="nil"/>
              <w:right w:val="nil"/>
              <w:insideH w:val="nil"/>
              <w:insideV w:val="nil"/>
            </w:tcBorders>
          </w:tcPr>
          <w:p>
            <w:pPr>
              <w:jc w:val="center"/>
            </w:pPr>
            <w:r>
              <w:t>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https://musterklar.com/ebay-nachricht-schreiben-muster/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ebay-nachricht-schreiben-mus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