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EINFACHER KAUFVERTRAG FÜR MOTORRAD</w:t>
      </w:r>
    </w:p>
    <w:p/>
    <w:p>
      <w:r>
        <w:rPr>
          <w:b w:val="0"/>
          <w:sz w:val="20"/>
        </w:rPr>
        <w:t>Ort : ____________________________</w:t>
      </w:r>
    </w:p>
    <w:p/>
    <w:p>
      <w:r>
        <w:rPr>
          <w:b/>
          <w:sz w:val="20"/>
        </w:rPr>
        <w:t>Angaben des Verkäufers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Personalausweis-Nr. : ______________________________________________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Angaben des Käufers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Personalausweis-Nr. : 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</w:t>
      </w:r>
    </w:p>
    <w:p/>
    <w:p>
      <w:r>
        <w:rPr>
          <w:b/>
          <w:sz w:val="20"/>
        </w:rPr>
        <w:t>Angaben zum Motorrad :</w:t>
      </w:r>
    </w:p>
    <w:p>
      <w:r>
        <w:rPr>
          <w:b w:val="0"/>
          <w:sz w:val="20"/>
        </w:rPr>
        <w:t>Marke/Modell : ________________________________________________</w:t>
      </w:r>
    </w:p>
    <w:p>
      <w:r>
        <w:rPr>
          <w:b w:val="0"/>
          <w:sz w:val="20"/>
        </w:rPr>
        <w:t>Baujahr : ___________________________________________________</w:t>
      </w:r>
    </w:p>
    <w:p>
      <w:r>
        <w:rPr>
          <w:b w:val="0"/>
          <w:sz w:val="20"/>
        </w:rPr>
        <w:t>Fahrgestellnummer (VIN) : ______________________________________</w:t>
      </w:r>
    </w:p>
    <w:p>
      <w:r>
        <w:rPr>
          <w:b w:val="0"/>
          <w:sz w:val="20"/>
        </w:rPr>
        <w:t>Kilometerstand : ______________________________________________</w:t>
      </w:r>
    </w:p>
    <w:p>
      <w:r>
        <w:rPr>
          <w:b w:val="0"/>
          <w:sz w:val="20"/>
        </w:rPr>
        <w:t>Technischer Zustand : ____________________________________________</w:t>
      </w:r>
    </w:p>
    <w:p/>
    <w:p>
      <w:r>
        <w:rPr>
          <w:b/>
          <w:sz w:val="20"/>
        </w:rPr>
        <w:t>Kaufpreis und Zahlungsbedingungen :</w:t>
      </w:r>
    </w:p>
    <w:p>
      <w:r>
        <w:rPr>
          <w:b w:val="0"/>
          <w:sz w:val="20"/>
        </w:rPr>
        <w:t>Kaufpreis : _________________ EUR</w:t>
      </w:r>
    </w:p>
    <w:p>
      <w:r>
        <w:rPr>
          <w:b w:val="0"/>
          <w:sz w:val="20"/>
        </w:rPr>
        <w:t>Zahlungsweise : ___________________________________________________</w:t>
      </w:r>
    </w:p>
    <w:p/>
    <w:p>
      <w:r>
        <w:rPr>
          <w:b/>
          <w:sz w:val="20"/>
        </w:rPr>
        <w:t>§ 1 – Vertragsgegenstand</w:t>
      </w:r>
    </w:p>
    <w:p>
      <w:r>
        <w:rPr>
          <w:b w:val="0"/>
          <w:sz w:val="20"/>
        </w:rPr>
        <w:t>Der Verkäufer verkauft und der Käufer kauft das oben beschriebene Motorrad. Der Verkäufer versichert, dass er Eigentümer des Motorrads ist und zur Veräußerung berechtigt ist.</w:t>
      </w:r>
    </w:p>
    <w:p/>
    <w:p>
      <w:r>
        <w:rPr>
          <w:b/>
          <w:sz w:val="20"/>
        </w:rPr>
        <w:t>§ 2 – Zustand des Motorrads</w:t>
      </w:r>
    </w:p>
    <w:p>
      <w:r>
        <w:rPr>
          <w:b w:val="0"/>
          <w:sz w:val="20"/>
        </w:rPr>
        <w:t>Der Käufer erklärt, dass er den technischen und optischen Zustand des Motorrads geprüft hat und diesen akzeptiert. Alle bekannten Mängel wurden offengelegt und sind im Kaufpreis berücksichtigt.</w:t>
      </w:r>
    </w:p>
    <w:p/>
    <w:p>
      <w:r>
        <w:rPr>
          <w:b/>
          <w:sz w:val="20"/>
        </w:rPr>
        <w:t>§ 3 – Gewährleistung und Haftung</w:t>
      </w:r>
    </w:p>
    <w:p>
      <w:r>
        <w:rPr>
          <w:b w:val="0"/>
          <w:sz w:val="20"/>
        </w:rPr>
        <w:t>Die Gewährleistung wird ausgeschlossen, soweit gesetzlich zulässig. Das Motorrad wird unter Ausschluss jeglicher Sachmängelhaftung verkauft, sofern es sich um einen Privatverkauf handelt.</w:t>
      </w:r>
    </w:p>
    <w:p/>
    <w:p>
      <w:r>
        <w:rPr>
          <w:b/>
          <w:sz w:val="20"/>
        </w:rPr>
        <w:t>§ 4 – Eigentumsübergang</w:t>
      </w:r>
    </w:p>
    <w:p>
      <w:r>
        <w:rPr>
          <w:b w:val="0"/>
          <w:sz w:val="20"/>
        </w:rPr>
        <w:t>Das Eigentum am Motorrad geht mit vollständiger Bezahlung des Kaufpreises und Übergabe des Fahrzeugs auf den Käufer über. Sämtliche Fahrzeugpapiere werden dem Käufer übergeben.</w:t>
      </w:r>
    </w:p>
    <w:p/>
    <w:p>
      <w:r>
        <w:rPr>
          <w:b/>
          <w:sz w:val="20"/>
        </w:rPr>
        <w:t>§ 5 – Pflichten der Vertragsparteien</w:t>
      </w:r>
    </w:p>
    <w:p>
      <w:r>
        <w:rPr>
          <w:b w:val="0"/>
          <w:sz w:val="20"/>
        </w:rPr>
        <w:t>Der Verkäufer verpflichtet sich, das Motorrad zum Zeitpunkt der Übergabe in vertragsgemäßem Zustand zu übergeben. Der Käufer verpflichtet sich, den Kaufpreis fristgerecht zu zahlen.</w:t>
      </w:r>
    </w:p>
    <w:p/>
    <w:p>
      <w:r>
        <w:rPr>
          <w:b/>
          <w:sz w:val="20"/>
        </w:rPr>
        <w:t>§ 6 – Kosten und Gebühren</w:t>
      </w:r>
    </w:p>
    <w:p>
      <w:r>
        <w:rPr>
          <w:b w:val="0"/>
          <w:sz w:val="20"/>
        </w:rPr>
        <w:t>Die anfallenden Kosten für die Ummeldung und Versicherung des Motorrads trägt der Käufer. Sonstige Vereinbarungen: ________________________________</w:t>
      </w:r>
    </w:p>
    <w:p/>
    <w:p>
      <w:r>
        <w:rPr>
          <w:b/>
          <w:sz w:val="20"/>
        </w:rPr>
        <w:t>§ 7 – Schlussbestimmungen</w:t>
      </w:r>
    </w:p>
    <w:p>
      <w:r>
        <w:rPr>
          <w:b w:val="0"/>
          <w:sz w:val="20"/>
        </w:rPr>
        <w:t>Für alle nicht ausdrücklich geregelten Punkte gilt das Bürgerliche Gesetzbuch (BGB). Gerichtstand ist der Wohnsitz des Verkäufers, sofern gesetzlich zulässig.</w:t>
      </w:r>
    </w:p>
    <w:p/>
    <w:p/>
    <w:p>
      <w:r>
        <w:rPr>
          <w:b w:val="0"/>
          <w:sz w:val="20"/>
        </w:rPr>
        <w:t>Ort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VERKÄUFER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KÄUFER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https://musterklar.com/einfacher-kaufvertrag-motorrad/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einfacher-kaufvertrag-motorrad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