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EINLADUNG UND ZUSAGE</w:t>
      </w:r>
    </w:p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laden wir Sie herzlich zu der nachfolgenden Veranstaltung ein und bitten um Ihre Zusage.</w:t>
      </w:r>
    </w:p>
    <w:p/>
    <w:p/>
    <w:p>
      <w:r>
        <w:rPr>
          <w:b/>
          <w:sz w:val="20"/>
        </w:rPr>
        <w:t>Angaben zur Veranstaltung:</w:t>
      </w:r>
    </w:p>
    <w:p>
      <w:r>
        <w:rPr>
          <w:b w:val="0"/>
          <w:sz w:val="20"/>
        </w:rPr>
        <w:t>Veranstaltungsname : ________________________________________________</w:t>
      </w:r>
    </w:p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Beginn : ___________________________________________________________</w:t>
      </w:r>
    </w:p>
    <w:p>
      <w:r>
        <w:rPr>
          <w:b w:val="0"/>
          <w:sz w:val="20"/>
        </w:rPr>
        <w:t>Ende : ______________________________________________________________</w:t>
      </w:r>
    </w:p>
    <w:p>
      <w:r>
        <w:rPr>
          <w:b w:val="0"/>
          <w:sz w:val="20"/>
        </w:rPr>
        <w:t>Veranstalter : ______________________________________________________</w:t>
      </w:r>
    </w:p>
    <w:p/>
    <w:p>
      <w:r>
        <w:rPr>
          <w:b/>
          <w:sz w:val="20"/>
        </w:rPr>
        <w:t>Einladungstext:</w:t>
      </w:r>
    </w:p>
    <w:p>
      <w:r>
        <w:rPr>
          <w:b w:val="0"/>
          <w:sz w:val="20"/>
        </w:rPr>
        <w:t>Wir freuen uns, Sie bei dieser Veranstaltung begrüßen zu dürfen. Bitte bestätigen Sie Ihre Teilnahme durch Ihre Unterschrift unten.</w:t>
      </w:r>
    </w:p>
    <w:p/>
    <w:p>
      <w:r>
        <w:rPr>
          <w:b/>
          <w:sz w:val="20"/>
        </w:rPr>
        <w:t>Zusage und Teilnahmebedingungen:</w:t>
      </w:r>
    </w:p>
    <w:p>
      <w:r>
        <w:rPr>
          <w:b w:val="0"/>
          <w:sz w:val="20"/>
        </w:rPr>
        <w:t>Mit Ihrer Unterschrift erklären Sie verbindlich Ihre Teilnahme an der oben genannten Veranstaltung. Eine Absage ist schriftlich bis spätestens eine Woche vor Veranstaltungsbeginn möglich.</w:t>
      </w:r>
    </w:p>
    <w:p/>
    <w:p>
      <w:r>
        <w:rPr>
          <w:b/>
          <w:sz w:val="20"/>
        </w:rPr>
        <w:t>Datenschutz:</w:t>
      </w:r>
    </w:p>
    <w:p>
      <w:r>
        <w:rPr>
          <w:b w:val="0"/>
          <w:sz w:val="20"/>
        </w:rPr>
        <w:t>Ihre personenbezogenen Daten werden ausschließlich zur Organisation der Veranstaltung verwendet und nicht an Dritte weitergegeben.</w:t>
      </w:r>
    </w:p>
    <w:p/>
    <w:p>
      <w:r>
        <w:rPr>
          <w:b w:val="0"/>
          <w:sz w:val="20"/>
        </w:rPr>
        <w:t>Wir freuen uns auf Ihre Teilnahme und verbleiben mit freundlichen Grüßen,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Einladungsempfänger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Veranstalter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https://musterklar.com/einladung-zusagen/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einladung-zusagen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