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ZUR FOTOGRAFIERUNG UND VERÖFFENTLICHUNG</w:t>
      </w:r>
    </w:p>
    <w:p>
      <w:pPr>
        <w:jc w:val="center"/>
      </w:pPr>
      <w:r>
        <w:rPr>
          <w:b/>
          <w:sz w:val="20"/>
        </w:rPr>
        <w:t>IM KINDERGARTEN</w:t>
      </w:r>
    </w:p>
    <w:p/>
    <w:p/>
    <w:p>
      <w:r>
        <w:rPr>
          <w:b w:val="0"/>
          <w:sz w:val="20"/>
        </w:rPr>
        <w:t>Hiermit erkläre ich,</w:t>
      </w:r>
    </w:p>
    <w:p>
      <w:r>
        <w:rPr>
          <w:b w:val="0"/>
          <w:sz w:val="20"/>
        </w:rPr>
        <w:t>Name der Erziehungsberechtigten : 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</w:t>
      </w:r>
    </w:p>
    <w:p/>
    <w:p>
      <w:r>
        <w:rPr>
          <w:b w:val="0"/>
          <w:sz w:val="20"/>
        </w:rPr>
        <w:t>für mein Kind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</w:t>
      </w:r>
    </w:p>
    <w:p/>
    <w:p>
      <w:r>
        <w:rPr>
          <w:b/>
          <w:sz w:val="20"/>
        </w:rPr>
        <w:t>meine Einwilligung zur Anfertigung und Nutzung von Fotografien meines Kindes durch den Kindergarten.</w:t>
      </w:r>
    </w:p>
    <w:p/>
    <w:p>
      <w:r>
        <w:rPr>
          <w:b/>
          <w:sz w:val="20"/>
        </w:rPr>
        <w:t>Die Fotos dürfen ausschließlich zu folgenden Zwecken verwendet werden:</w:t>
      </w:r>
    </w:p>
    <w:p>
      <w:r>
        <w:rPr>
          <w:b w:val="0"/>
          <w:sz w:val="20"/>
        </w:rPr>
        <w:t>• Dokumentation und Veröffentlichung von Kindergartenaktivitäten und Veranstaltungen</w:t>
      </w:r>
    </w:p>
    <w:p>
      <w:r>
        <w:rPr>
          <w:b w:val="0"/>
          <w:sz w:val="20"/>
        </w:rPr>
        <w:t>• Veröffentlichung in gedruckten und digitalen Medien des Kindergartens (z.B. Homepage, Flyer, soziale Medien)</w:t>
      </w:r>
    </w:p>
    <w:p>
      <w:r>
        <w:rPr>
          <w:b w:val="0"/>
          <w:sz w:val="20"/>
        </w:rPr>
        <w:t>• Nutzung in der Pressearbeit im Zusammenhang mit dem Kindergartenbetrieb</w:t>
      </w:r>
    </w:p>
    <w:p/>
    <w:p>
      <w:r>
        <w:rPr>
          <w:b/>
          <w:sz w:val="20"/>
        </w:rPr>
        <w:t>Die Einwilligung gilt nicht für die Weitergabe der Fotos an Dritte außerhalb der genannten Zwecke.</w:t>
      </w:r>
    </w:p>
    <w:p>
      <w:r>
        <w:rPr>
          <w:b w:val="0"/>
          <w:sz w:val="20"/>
        </w:rPr>
        <w:t>Eine kommerzielle Nutzung der Bilder ist ausgeschlossen.</w:t>
      </w:r>
    </w:p>
    <w:p/>
    <w:p>
      <w:r>
        <w:rPr>
          <w:b w:val="0"/>
          <w:sz w:val="20"/>
        </w:rPr>
        <w:t>Mir ist bekannt, dass ich diese Einwilligung jederzeit mit Wirkung für die Zukunft widerrufen kann.</w:t>
      </w:r>
    </w:p>
    <w:p>
      <w:r>
        <w:rPr>
          <w:b w:val="0"/>
          <w:sz w:val="20"/>
        </w:rPr>
        <w:t>Der Widerruf ist schriftlich gegenüber dem Kindergarten zu erklären.</w:t>
      </w:r>
    </w:p>
    <w:p/>
    <w:p>
      <w:r>
        <w:rPr>
          <w:b w:val="0"/>
          <w:sz w:val="20"/>
        </w:rPr>
        <w:t>Die Verarbeitung der personenbezogenen Daten erfolgt ausschließlich auf Grundlage meiner Einwilligung gemäß Art. 6 Abs. 1 lit. a DSGVO.</w:t>
      </w:r>
    </w:p>
    <w:p>
      <w:r>
        <w:rPr>
          <w:b w:val="0"/>
          <w:sz w:val="20"/>
        </w:rPr>
        <w:t>Ich wurde darauf hingewiesen, dass mir jederzeit Auskunft, Berichtigung oder Löschung meiner Daten zusteht.</w:t>
      </w:r>
    </w:p>
    <w:p/>
    <w:p/>
    <w:p>
      <w:r>
        <w:rPr>
          <w:b w:val="0"/>
          <w:sz w:val="20"/>
        </w:rPr>
        <w:t>Ort : _____________________________________________    Datum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Erziehungsberechtigte*r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Kindergartenleitung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https://musterklar.com/einverstandniserklarung-fotos-kindergarten-muster-dsgvo/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einverstandniserklarung-fotos-kindergarten-muster-dsgvo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