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SCHULWECHSEL</w:t>
      </w:r>
    </w:p>
    <w:p/>
    <w:p>
      <w:r>
        <w:rPr>
          <w:b/>
          <w:sz w:val="20"/>
        </w:rPr>
        <w:t>Angaben zum Schüler/ zur Schülerin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_____________________________________________________</w:t>
      </w:r>
    </w:p>
    <w:p>
      <w:r>
        <w:rPr>
          <w:b w:val="0"/>
          <w:sz w:val="20"/>
        </w:rPr>
        <w:t>Derzeitige Schule : _________________________________________________</w:t>
      </w:r>
    </w:p>
    <w:p/>
    <w:p>
      <w:r>
        <w:rPr>
          <w:b/>
          <w:sz w:val="20"/>
        </w:rPr>
        <w:t>Angaben zum Erziehungsberechtigten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Hiermit erkläre ich, der/die Erziehungsberechtigte des oben genannten Schülers/ der oben genannten Schülerin, mein Einverständnis zum Schulwechsel.</w:t>
      </w:r>
    </w:p>
    <w:p/>
    <w:p>
      <w:r>
        <w:rPr>
          <w:b w:val="0"/>
          <w:sz w:val="20"/>
        </w:rPr>
        <w:t>Der Schulwechsel erfolgt aus folgenden Gründen: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 w:val="0"/>
          <w:sz w:val="20"/>
        </w:rPr>
        <w:t>Ich habe die Konsequenzen des Schulwechsels zur Kenntnis genommen und erkläre mich mit dem Wechsel zu der neuen Schule einverstanden.</w:t>
      </w:r>
    </w:p>
    <w:p/>
    <w:p>
      <w:r>
        <w:rPr>
          <w:b/>
          <w:sz w:val="20"/>
        </w:rPr>
        <w:t>Verpflichtungserklärung :</w:t>
      </w:r>
    </w:p>
    <w:p>
      <w:r>
        <w:rPr>
          <w:b w:val="0"/>
          <w:sz w:val="20"/>
        </w:rPr>
        <w:t>Ich verpflichte mich, alle erforderlichen Unterlagen fristgerecht bei der aufnehmenden Schule einzureichen und den Schulwechsel aktiv zu unterstützen.</w:t>
      </w:r>
    </w:p>
    <w:p/>
    <w:p>
      <w:r>
        <w:rPr>
          <w:b w:val="0"/>
          <w:sz w:val="20"/>
        </w:rPr>
        <w:t>Mir ist bekannt, dass die aufnehmende Schule über die Aufnahme entscheidet und weitere Bedingungen stellen kann.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Erziehungsberechtigte/r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Schüler/in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https://musterklar.com/einverstandniserklarung-schulwechsel-vorlage/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einverstandniserklarung-schulwechsel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