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ERNÄHRUNGSTAGEBUCH</w:t>
      </w:r>
    </w:p>
    <w:p/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Name: ________________________________________________</w:t>
      </w:r>
    </w:p>
    <w:p>
      <w:r>
        <w:rPr>
          <w:b w:val="0"/>
          <w:sz w:val="20"/>
        </w:rPr>
        <w:t>Geburtsjahr: _________________________________________</w:t>
      </w:r>
    </w:p>
    <w:p>
      <w:r>
        <w:rPr>
          <w:b w:val="0"/>
          <w:sz w:val="20"/>
        </w:rPr>
        <w:t>Größe (cm): __________________________________________</w:t>
      </w:r>
    </w:p>
    <w:p>
      <w:r>
        <w:rPr>
          <w:b w:val="0"/>
          <w:sz w:val="20"/>
        </w:rPr>
        <w:t>Gewicht (kg): _________________________________________</w:t>
      </w:r>
    </w:p>
    <w:p/>
    <w:p/>
    <w:p>
      <w:r>
        <w:rPr>
          <w:b/>
          <w:sz w:val="20"/>
        </w:rPr>
        <w:t>Tagesübersicht: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Mahlzeit</w:t>
            </w:r>
          </w:p>
        </w:tc>
        <w:tc>
          <w:tcPr>
            <w:tcW w:type="dxa" w:w="1994"/>
          </w:tcPr>
          <w:p>
            <w:r>
              <w:t>Zeit</w:t>
            </w:r>
          </w:p>
        </w:tc>
        <w:tc>
          <w:tcPr>
            <w:tcW w:type="dxa" w:w="1994"/>
          </w:tcPr>
          <w:p>
            <w:r>
              <w:t>Lebensmittel / Getränke</w:t>
            </w:r>
          </w:p>
        </w:tc>
        <w:tc>
          <w:tcPr>
            <w:tcW w:type="dxa" w:w="1994"/>
          </w:tcPr>
          <w:p>
            <w:r>
              <w:t>Menge</w:t>
            </w:r>
          </w:p>
        </w:tc>
        <w:tc>
          <w:tcPr>
            <w:tcW w:type="dxa" w:w="1994"/>
          </w:tcPr>
          <w:p>
            <w:r>
              <w:t>Kalorien (kcal)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/>
          <w:sz w:val="20"/>
        </w:rPr>
        <w:t>Wasseraufnahme:</w:t>
      </w:r>
    </w:p>
    <w:p>
      <w:r>
        <w:rPr>
          <w:b w:val="0"/>
          <w:sz w:val="20"/>
        </w:rPr>
        <w:t>Getrunkene Menge (in Litern): ______________________________</w:t>
      </w:r>
    </w:p>
    <w:p/>
    <w:p/>
    <w:p>
      <w:r>
        <w:rPr>
          <w:b/>
          <w:sz w:val="20"/>
        </w:rPr>
        <w:t>Bewegung und körperliche Aktivität:</w:t>
      </w:r>
    </w:p>
    <w:p>
      <w:r>
        <w:rPr>
          <w:b w:val="0"/>
          <w:sz w:val="20"/>
        </w:rPr>
        <w:t>Art der Aktivität: __________________________________________</w:t>
      </w:r>
    </w:p>
    <w:p>
      <w:r>
        <w:rPr>
          <w:b w:val="0"/>
          <w:sz w:val="20"/>
        </w:rPr>
        <w:t>Dauer (Minuten): ___________________________________________</w:t>
      </w:r>
    </w:p>
    <w:p>
      <w:r>
        <w:rPr>
          <w:b w:val="0"/>
          <w:sz w:val="20"/>
        </w:rPr>
        <w:t>Intensität: ________________________________________________</w:t>
      </w:r>
    </w:p>
    <w:p/>
    <w:p/>
    <w:p>
      <w:r>
        <w:rPr>
          <w:b/>
          <w:sz w:val="20"/>
        </w:rPr>
        <w:t>Bemerkungen:</w:t>
      </w:r>
    </w:p>
    <w:p>
      <w:r>
        <w:t>___________________________________________________________</w:t>
      </w:r>
    </w:p>
    <w:p>
      <w:r>
        <w:t>___________________________________________________________</w:t>
      </w:r>
    </w:p>
    <w:p>
      <w:r>
        <w:t>___________________________________________________________</w:t>
      </w:r>
    </w:p>
    <w:p>
      <w:r>
        <w:t>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Nutzer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Betreuung / Arzt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https://musterklar.com/ernahrungstagebuch-vorlage/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ernahrungstagebuch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