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ZERTIFIKAT ÜBER DIE ERSTE HILFE-AUSBILDUNG</w:t>
      </w:r>
    </w:p>
    <w:p/>
    <w:p>
      <w:r>
        <w:rPr>
          <w:b/>
          <w:sz w:val="20"/>
        </w:rPr>
        <w:t>Angaben zum Teilnehmer: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Details der Erste Hilfe-Ausbildung:</w:t>
      </w:r>
    </w:p>
    <w:p>
      <w:r>
        <w:rPr>
          <w:b w:val="0"/>
          <w:sz w:val="20"/>
        </w:rPr>
        <w:t>Ausbildungsstätte : _________________________________________________</w:t>
      </w:r>
    </w:p>
    <w:p>
      <w:r>
        <w:rPr>
          <w:b w:val="0"/>
          <w:sz w:val="20"/>
        </w:rPr>
        <w:t>Kursleiter : _________________________________________________________</w:t>
      </w:r>
    </w:p>
    <w:p>
      <w:r>
        <w:rPr>
          <w:b w:val="0"/>
          <w:sz w:val="20"/>
        </w:rPr>
        <w:t>Kursinhalt umfasst mindestens folgende Themen:</w:t>
      </w:r>
    </w:p>
    <w:p>
      <w:r>
        <w:rPr>
          <w:b/>
          <w:sz w:val="20"/>
        </w:rPr>
        <w:t>- Lebensrettende Sofortmaßnahmen</w:t>
      </w:r>
    </w:p>
    <w:p>
      <w:r>
        <w:rPr>
          <w:b/>
          <w:sz w:val="20"/>
        </w:rPr>
        <w:t>- Herz-Lungen-Wiederbelebung (HLW)</w:t>
      </w:r>
    </w:p>
    <w:p>
      <w:r>
        <w:rPr>
          <w:b/>
          <w:sz w:val="20"/>
        </w:rPr>
        <w:t>- Umgang mit Verletzungen und Erkrankungen</w:t>
      </w:r>
    </w:p>
    <w:p>
      <w:r>
        <w:rPr>
          <w:b w:val="0"/>
          <w:sz w:val="20"/>
        </w:rPr>
        <w:t>- Maßnahmen bei Notfällen verschiedenster Art</w:t>
      </w:r>
    </w:p>
    <w:p/>
    <w:p>
      <w:r>
        <w:rPr>
          <w:b w:val="0"/>
          <w:sz w:val="20"/>
        </w:rPr>
        <w:t>Hiermit wird bestätigt, dass der oben genannte Teilnehmer erfolgreich an der Erste Hilfe-Ausbildung teilgenommen hat und die wesentlichen Kenntnisse und Fähigkeiten erworben wurden, die für die Erste Hilfe im Sinne der gesetzlichen Vorgaben in Deutschland erforderlich sind.</w:t>
      </w:r>
    </w:p>
    <w:p/>
    <w:p>
      <w:r>
        <w:rPr>
          <w:b w:val="0"/>
          <w:sz w:val="20"/>
        </w:rPr>
        <w:t>Dieses Zertifikat entspricht den Anforderungen gemäß § 19 FeV (Fahrerlaubnis-Verordnung) sowie den Richtlinien der Deutschen Gesetzlichen Unfallversicherung (DGUV).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https://musterklar.com/erste-hilfe-zertifikat/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rste-hilfe-zertifika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