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FACHUNTERNEHMERERKLÄRUNG BRANDSCHUTZ</w:t>
      </w:r>
    </w:p>
    <w:p/>
    <w:p>
      <w:r>
        <w:rPr>
          <w:b/>
          <w:sz w:val="20"/>
        </w:rPr>
        <w:t>Angaben zum Auftraggeber :</w:t>
      </w:r>
    </w:p>
    <w:p>
      <w:r>
        <w:rPr>
          <w:b w:val="0"/>
          <w:sz w:val="20"/>
        </w:rPr>
        <w:t>Name/Firma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</w:t>
      </w:r>
    </w:p>
    <w:p>
      <w:r>
        <w:rPr>
          <w:b w:val="0"/>
          <w:sz w:val="20"/>
        </w:rPr>
        <w:t>Kontaktperson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</w:t>
      </w:r>
    </w:p>
    <w:p/>
    <w:p>
      <w:r>
        <w:rPr>
          <w:b/>
          <w:sz w:val="20"/>
        </w:rPr>
        <w:t>Angaben zum Fachunternehmer :</w:t>
      </w:r>
    </w:p>
    <w:p>
      <w:r>
        <w:rPr>
          <w:b w:val="0"/>
          <w:sz w:val="20"/>
        </w:rPr>
        <w:t>Name/Firma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</w:t>
      </w:r>
    </w:p>
    <w:p>
      <w:r>
        <w:rPr>
          <w:b w:val="0"/>
          <w:sz w:val="20"/>
        </w:rPr>
        <w:t>Vertreten durch : 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</w:t>
      </w:r>
    </w:p>
    <w:p/>
    <w:p>
      <w:r>
        <w:rPr>
          <w:b/>
          <w:sz w:val="20"/>
        </w:rPr>
        <w:t>Beschreibung des Projekts :</w:t>
      </w:r>
    </w:p>
    <w:p>
      <w:r>
        <w:rPr>
          <w:b w:val="0"/>
          <w:sz w:val="20"/>
        </w:rPr>
        <w:t>Art des Bauvorhabens : ________________________________________________</w:t>
      </w:r>
    </w:p>
    <w:p>
      <w:r>
        <w:rPr>
          <w:b w:val="0"/>
          <w:sz w:val="20"/>
        </w:rPr>
        <w:t>Adresse des Bauvorhabens : _____________________________________________</w:t>
      </w:r>
    </w:p>
    <w:p>
      <w:r>
        <w:rPr>
          <w:b w:val="0"/>
          <w:sz w:val="20"/>
        </w:rPr>
        <w:t>Leistungsumfang im Bereich Brandschutz : ________________________________</w:t>
      </w:r>
    </w:p>
    <w:p/>
    <w:p>
      <w:r>
        <w:rPr>
          <w:b/>
          <w:sz w:val="20"/>
        </w:rPr>
        <w:t>Erklärung des Fachunternehmers :</w:t>
      </w:r>
    </w:p>
    <w:p>
      <w:r>
        <w:rPr>
          <w:b w:val="0"/>
          <w:sz w:val="20"/>
        </w:rPr>
        <w:t>Hiermit bestätigt der Fachunternehmer, dass die ausgeführten oder geplanten Brandschutzmaßnahmen den einschlägigen Vorschriften, insbesondere der Musterbauordnung sowie den technischen Baubestimmungen entsprechen und fachgerecht ausgeführt wurden bzw. werden.</w:t>
      </w:r>
    </w:p>
    <w:p/>
    <w:p>
      <w:r>
        <w:rPr>
          <w:b w:val="0"/>
          <w:sz w:val="20"/>
        </w:rPr>
        <w:t>Der Fachunternehmer verpflichtet sich, die ordnungsgemäße Ausführung der Maßnahmen gemäß dem genehmigten Brandschutzkonzept sicherzustellen und Mängel unverzüglich zu beheben.</w:t>
      </w:r>
    </w:p>
    <w:p/>
    <w:p>
      <w:r>
        <w:rPr>
          <w:b/>
          <w:sz w:val="20"/>
        </w:rPr>
        <w:t>Haftungsausschluss und Hinweise :</w:t>
      </w:r>
    </w:p>
    <w:p>
      <w:r>
        <w:rPr>
          <w:b w:val="0"/>
          <w:sz w:val="20"/>
        </w:rPr>
        <w:t>Diese Erklärung entbindet den Auftraggeber nicht von seiner Verantwortung für die Einhaltung der brandschutzrechtlichen Vorgaben. Die Abnahme der Brandschutzmaßnahmen erfolgt durch die zuständigen Behörden.</w:t>
      </w:r>
    </w:p>
    <w:p/>
    <w:p>
      <w:r>
        <w:rPr>
          <w:b/>
          <w:sz w:val="20"/>
        </w:rPr>
        <w:t>Schlussbestimmungen :</w:t>
      </w:r>
    </w:p>
    <w:p>
      <w:r>
        <w:rPr>
          <w:b w:val="0"/>
          <w:sz w:val="20"/>
        </w:rPr>
        <w:t>Sollten einzelne Bestimmungen dieser Erklärung unwirksam sein oder werden, so bleibt die Wirksamkeit der übrigen Bestimmungen unberührt.</w:t>
      </w:r>
    </w:p>
    <w:p>
      <w:r>
        <w:rPr>
          <w:b w:val="0"/>
          <w:sz w:val="20"/>
        </w:rPr>
        <w:t>Gerichtsstand ist der Sitz des Auftraggebers, soweit gesetzlich zulässig.</w:t>
      </w:r>
    </w:p>
    <w:p/>
    <w:p/>
    <w:p>
      <w:r>
        <w:rPr>
          <w:b w:val="0"/>
          <w:sz w:val="20"/>
        </w:rPr>
        <w:t>Ort : ____________________________________________________    Datum : 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FACHUNTERNEHMER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https://musterklar.com/fachunternehmererklarung-brandschutz/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fachunternehmererklarung-brandschutz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