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FAHRTKOSTENERSTATTUNG DAK-Formular</w:t>
      </w:r>
    </w:p>
    <w:p/>
    <w:p>
      <w:r>
        <w:rPr>
          <w:b/>
          <w:sz w:val="20"/>
        </w:rPr>
        <w:t>Angaben zur versicherten Person:</w:t>
      </w:r>
    </w:p>
    <w:p>
      <w:r>
        <w:rPr>
          <w:b w:val="0"/>
          <w:sz w:val="20"/>
        </w:rPr>
        <w:t>Vor- und Nachname : _________________________________________________</w:t>
      </w:r>
    </w:p>
    <w:p>
      <w:r>
        <w:rPr>
          <w:b w:val="0"/>
          <w:sz w:val="20"/>
        </w:rPr>
        <w:t>Versichertennummer : 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Angaben zum behandelnden Arzt / zur Einrichtung:</w:t>
      </w:r>
    </w:p>
    <w:p>
      <w:r>
        <w:rPr>
          <w:b w:val="0"/>
          <w:sz w:val="20"/>
        </w:rPr>
        <w:t>Name : _______________________________________________________________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Details zur Fahrtkostenerstattung:</w:t>
      </w:r>
    </w:p>
    <w:p>
      <w:r>
        <w:rPr>
          <w:b w:val="0"/>
          <w:sz w:val="20"/>
        </w:rPr>
        <w:t>Datum der Fahrt : _________________________________________________</w:t>
      </w:r>
    </w:p>
    <w:p>
      <w:r>
        <w:rPr>
          <w:b w:val="0"/>
          <w:sz w:val="20"/>
        </w:rPr>
        <w:t>Anlass der Fahrt : ___________________________________________________</w:t>
      </w:r>
    </w:p>
    <w:p>
      <w:r>
        <w:rPr>
          <w:b w:val="0"/>
          <w:sz w:val="20"/>
        </w:rPr>
        <w:t>Startpunkt : ________________________________________________________</w:t>
      </w:r>
    </w:p>
    <w:p>
      <w:r>
        <w:rPr>
          <w:b w:val="0"/>
          <w:sz w:val="20"/>
        </w:rPr>
        <w:t>Zielpunkt : _________________________________________________________</w:t>
      </w:r>
    </w:p>
    <w:p>
      <w:r>
        <w:rPr>
          <w:b w:val="0"/>
          <w:sz w:val="20"/>
        </w:rPr>
        <w:t>Anzahl der Fahrten : ________________________________________________</w:t>
      </w:r>
    </w:p>
    <w:p>
      <w:r>
        <w:rPr>
          <w:b w:val="0"/>
          <w:sz w:val="20"/>
        </w:rPr>
        <w:t>Kilometer pro Fahrt : ________________________________________________</w:t>
      </w:r>
    </w:p>
    <w:p>
      <w:r>
        <w:rPr>
          <w:b w:val="0"/>
          <w:sz w:val="20"/>
        </w:rPr>
        <w:t>Verwendetes Verkehrsmittel : ________________________________________</w:t>
      </w:r>
    </w:p>
    <w:p>
      <w:r>
        <w:rPr>
          <w:b w:val="0"/>
          <w:sz w:val="20"/>
        </w:rPr>
        <w:t>Kosten pro Fahrt (EUR) : ____________________________________________</w:t>
      </w:r>
    </w:p>
    <w:p>
      <w:r>
        <w:rPr>
          <w:b w:val="0"/>
          <w:sz w:val="20"/>
        </w:rPr>
        <w:t>Gesamtkosten (EUR) : _______________________________________________</w:t>
      </w:r>
    </w:p>
    <w:p/>
    <w:p>
      <w:r>
        <w:rPr>
          <w:b/>
          <w:sz w:val="20"/>
        </w:rPr>
        <w:t>Erklärung und Bestätigung:</w:t>
      </w:r>
    </w:p>
    <w:p>
      <w:r>
        <w:rPr>
          <w:b w:val="0"/>
          <w:sz w:val="20"/>
        </w:rPr>
        <w:t>Hiermit bestätige ich, dass die oben angegebenen Angaben der Wahrheit entsprechen und die Fahrtkosten tatsächlich entstanden sind. Ich beantrage die Erstattung der oben genannten Fahrtkosten gemäß den Bestimmungen der Deutschen Angestellten Krankenkasse (DAK).</w:t>
      </w:r>
    </w:p>
    <w:p/>
    <w:p>
      <w:r>
        <w:rPr>
          <w:b w:val="0"/>
          <w:sz w:val="20"/>
        </w:rPr>
        <w:t>Unterschrift der versicherten Person : _______________________________</w:t>
      </w:r>
    </w:p>
    <w:p/>
    <w:p/>
    <w:p>
      <w:r>
        <w:rPr>
          <w:b w:val="0"/>
          <w:sz w:val="20"/>
        </w:rPr>
        <w:t>Unterschrift des Arztes / der Einrichtung : ___________________________</w:t>
      </w:r>
    </w:p>
    <w:p/>
    <w:p/>
    <w:p>
      <w:r>
        <w:rPr>
          <w:b w:val="0"/>
          <w:sz w:val="20"/>
        </w:rPr>
        <w:t>Ort : ___________________________    Datum : 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VERSICHERTE PERSON</w:t>
            </w:r>
          </w:p>
        </w:tc>
        <w:tc>
          <w:tcPr>
            <w:tcW w:type="dxa" w:w="4986"/>
            <w:tcBorders>
              <w:top w:val="nil"/>
              <w:left w:val="nil"/>
              <w:bottom w:val="nil"/>
              <w:right w:val="nil"/>
              <w:insideH w:val="nil"/>
              <w:insideV w:val="nil"/>
            </w:tcBorders>
          </w:tcPr>
          <w:p>
            <w:pPr>
              <w:jc w:val="center"/>
            </w:pPr>
            <w:r>
              <w:t>ARZT / EINRICHTUNG</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https://musterklar.com/fahrtkostenerstattung-dak-formular/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fahrtkostenerstattung-dak-formula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