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FALLANALYSE – SCHREIBEN</w:t>
      </w:r>
    </w:p>
    <w:p/>
    <w:p>
      <w:r>
        <w:rPr>
          <w:b/>
          <w:sz w:val="20"/>
        </w:rPr>
        <w:t>Absender :</w:t>
      </w:r>
    </w:p>
    <w:p>
      <w:r>
        <w:rPr>
          <w:b w:val="0"/>
          <w:sz w:val="20"/>
        </w:rPr>
        <w:t>Name : __________________________________________________________</w:t>
      </w:r>
    </w:p>
    <w:p>
      <w:r>
        <w:rPr>
          <w:b w:val="0"/>
          <w:sz w:val="20"/>
        </w:rPr>
        <w:t>Anschrift : ______________________________________________________</w:t>
      </w:r>
    </w:p>
    <w:p>
      <w:r>
        <w:rPr>
          <w:b w:val="0"/>
          <w:sz w:val="20"/>
        </w:rPr>
        <w:t>Telefonnummer : _________________________________________________</w:t>
      </w:r>
    </w:p>
    <w:p/>
    <w:p>
      <w:r>
        <w:rPr>
          <w:b/>
          <w:sz w:val="20"/>
        </w:rPr>
        <w:t>Empfänger :</w:t>
      </w:r>
    </w:p>
    <w:p>
      <w:r>
        <w:rPr>
          <w:b w:val="0"/>
          <w:sz w:val="20"/>
        </w:rPr>
        <w:t>Name / Firma : _________________________________________________</w:t>
      </w:r>
    </w:p>
    <w:p>
      <w:r>
        <w:rPr>
          <w:b w:val="0"/>
          <w:sz w:val="20"/>
        </w:rPr>
        <w:t>Anschrift : ______________________________________________________</w:t>
      </w:r>
    </w:p>
    <w:p/>
    <w:p>
      <w:r>
        <w:rPr>
          <w:b/>
          <w:sz w:val="20"/>
        </w:rPr>
        <w:t>Betreff :</w:t>
      </w:r>
    </w:p>
    <w:p>
      <w:r>
        <w:rPr>
          <w:b w:val="0"/>
          <w:sz w:val="20"/>
        </w:rPr>
        <w:t>Fallanalyse bezüglich ____________________________________________</w:t>
      </w:r>
    </w:p>
    <w:p/>
    <w:p>
      <w:r>
        <w:rPr>
          <w:b w:val="0"/>
          <w:sz w:val="20"/>
        </w:rPr>
        <w:t>Sehr geehrte Damen und Herren,</w:t>
      </w:r>
    </w:p>
    <w:p/>
    <w:p>
      <w:r>
        <w:rPr>
          <w:b w:val="0"/>
          <w:sz w:val="20"/>
        </w:rPr>
        <w:t>nach eingehender Prüfung des vorliegenden Sachverhalts möchte ich Ihnen im Folgenden eine juristische Analyse und Bewertung des Falles darlegen. Ziel dieses Schreibens ist es, die relevanten Rechtsfragen darzustellen und Handlungsempfehlungen zu geben.</w:t>
      </w:r>
    </w:p>
    <w:p/>
    <w:p>
      <w:r>
        <w:rPr>
          <w:b/>
          <w:sz w:val="20"/>
        </w:rPr>
        <w:t>I. Sachverhalt</w:t>
      </w:r>
    </w:p>
    <w:p>
      <w:r>
        <w:rPr>
          <w:b w:val="0"/>
          <w:sz w:val="20"/>
        </w:rPr>
        <w:t>Der Sachverhalt gestaltet sich wie folgt: ________________________________________________________________</w:t>
      </w:r>
    </w:p>
    <w:p>
      <w:r>
        <w:rPr>
          <w:b w:val="0"/>
          <w:sz w:val="20"/>
        </w:rPr>
        <w:t>_____________________________________________________________________________________________________</w:t>
      </w:r>
    </w:p>
    <w:p/>
    <w:p>
      <w:r>
        <w:rPr>
          <w:b/>
          <w:sz w:val="20"/>
        </w:rPr>
        <w:t>II. Rechtliche Würdigung</w:t>
      </w:r>
    </w:p>
    <w:p>
      <w:r>
        <w:rPr>
          <w:b w:val="0"/>
          <w:sz w:val="20"/>
        </w:rPr>
        <w:t>1. Anwendbare Rechtsgrundlagen</w:t>
      </w:r>
    </w:p>
    <w:p>
      <w:r>
        <w:rPr>
          <w:b w:val="0"/>
          <w:sz w:val="20"/>
        </w:rPr>
        <w:t>Die rechtliche Bewertung erfolgt unter Berücksichtigung folgender Vorschriften: ___________________________________________________</w:t>
      </w:r>
    </w:p>
    <w:p/>
    <w:p>
      <w:r>
        <w:rPr>
          <w:b w:val="0"/>
          <w:sz w:val="20"/>
        </w:rPr>
        <w:t>2. Prüfung der Anspruchsgrundlagen</w:t>
      </w:r>
    </w:p>
    <w:p>
      <w:r>
        <w:rPr>
          <w:b w:val="0"/>
          <w:sz w:val="20"/>
        </w:rPr>
        <w:t>a) Anspruch entstanden: _______________________________________________________________________</w:t>
      </w:r>
    </w:p>
    <w:p>
      <w:r>
        <w:rPr>
          <w:b w:val="0"/>
          <w:sz w:val="20"/>
        </w:rPr>
        <w:t>b) Anspruch nicht erloschen: _________________________________________________________________</w:t>
      </w:r>
    </w:p>
    <w:p>
      <w:r>
        <w:rPr>
          <w:b w:val="0"/>
          <w:sz w:val="20"/>
        </w:rPr>
        <w:t>c) Anspruch durchsetzbar: ___________________________________________________________________</w:t>
      </w:r>
    </w:p>
    <w:p/>
    <w:p>
      <w:r>
        <w:rPr>
          <w:b/>
          <w:sz w:val="20"/>
        </w:rPr>
        <w:t>III. Zusammenfassung</w:t>
      </w:r>
    </w:p>
    <w:p>
      <w:r>
        <w:rPr>
          <w:b w:val="0"/>
          <w:sz w:val="20"/>
        </w:rPr>
        <w:t>Nach Prüfung der Sach- und Rechtslage ergibt sich folgende Bewertung: _____________________________________________________________</w:t>
      </w:r>
    </w:p>
    <w:p>
      <w:r>
        <w:rPr>
          <w:b w:val="0"/>
          <w:sz w:val="20"/>
        </w:rPr>
        <w:t>_____________________________________________________________________________________________________</w:t>
      </w:r>
    </w:p>
    <w:p/>
    <w:p>
      <w:r>
        <w:rPr>
          <w:b/>
          <w:sz w:val="20"/>
        </w:rPr>
        <w:t>IV. Handlungsempfehlung</w:t>
      </w:r>
    </w:p>
    <w:p>
      <w:r>
        <w:rPr>
          <w:b w:val="0"/>
          <w:sz w:val="20"/>
        </w:rPr>
        <w:t>Aufgrund der Analyse empfehle ich folgendes Vorgehen: _______________________________________________________________</w:t>
      </w:r>
    </w:p>
    <w:p>
      <w:r>
        <w:rPr>
          <w:b w:val="0"/>
          <w:sz w:val="20"/>
        </w:rPr>
        <w:t>_____________________________________________________________________________________________________</w:t>
      </w:r>
    </w:p>
    <w:p/>
    <w:p/>
    <w:p>
      <w:r>
        <w:rPr>
          <w:b w:val="0"/>
          <w:sz w:val="20"/>
        </w:rPr>
        <w:t>Ort : ____________________________________________________</w:t>
      </w:r>
    </w:p>
    <w:p>
      <w:r>
        <w:rPr>
          <w:b w:val="0"/>
          <w:sz w:val="20"/>
        </w:rPr>
        <w:t>Unterschrift :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Verfasser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t>Unterschrift : _________________________</w:t>
            </w:r>
          </w:p>
        </w:tc>
        <w:tc>
          <w:tcPr>
            <w:tcW w:type="dxa" w:w="4986"/>
            <w:tcBorders>
              <w:top w:val="nil"/>
              <w:left w:val="nil"/>
              <w:bottom w:val="nil"/>
              <w:right w:val="nil"/>
              <w:insideH w:val="nil"/>
              <w:insideV w:val="nil"/>
            </w:tcBorders>
          </w:tcPr>
          <w:p>
            <w:pPr>
              <w:jc w:val="center"/>
            </w:pPr>
            <w: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https://musterklar.com/fallanalyse-schreiben-beispiel/</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fallanalyse-schreiben-beispiel/"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