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FORMLOSE EINVERSTÄNDNISERKLÄRUNG UMZUG KIND</w:t>
      </w:r>
    </w:p>
    <w:p/>
    <w:p>
      <w:r>
        <w:rPr>
          <w:b w:val="0"/>
          <w:sz w:val="20"/>
        </w:rPr>
        <w:t>Ort : ____________________________</w:t>
      </w:r>
    </w:p>
    <w:p/>
    <w:p>
      <w:r>
        <w:rPr>
          <w:b/>
          <w:sz w:val="20"/>
        </w:rPr>
        <w:t>Ich, der/die Unterzeichnende:</w:t>
      </w:r>
    </w:p>
    <w:p>
      <w:r>
        <w:rPr>
          <w:b w:val="0"/>
          <w:sz w:val="20"/>
        </w:rPr>
        <w:t>Vor- und Nachname : _______________________________________________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>
      <w:r>
        <w:rPr>
          <w:b w:val="0"/>
          <w:sz w:val="20"/>
        </w:rPr>
        <w:t>Telefonnummer : ___________________________________________________</w:t>
      </w:r>
    </w:p>
    <w:p/>
    <w:p>
      <w:r>
        <w:rPr>
          <w:b/>
          <w:sz w:val="20"/>
        </w:rPr>
        <w:t>erkläre hiermit mein Einverständnis, dass mein Kind:</w:t>
      </w:r>
    </w:p>
    <w:p>
      <w:r>
        <w:rPr>
          <w:b w:val="0"/>
          <w:sz w:val="20"/>
        </w:rPr>
        <w:t>Vor- und Nachname des Kindes : ____________________________________</w:t>
      </w:r>
    </w:p>
    <w:p>
      <w:r>
        <w:rPr>
          <w:b w:val="0"/>
          <w:sz w:val="20"/>
        </w:rPr>
        <w:t>Geburtsdatum : _________________________________________________</w:t>
      </w:r>
    </w:p>
    <w:p>
      <w:r>
        <w:rPr>
          <w:b w:val="0"/>
          <w:sz w:val="20"/>
        </w:rPr>
        <w:t>derzeit wohnhaft bei mir unter der oben angegebenen Adresse,</w:t>
      </w:r>
    </w:p>
    <w:p>
      <w:r>
        <w:rPr>
          <w:b/>
          <w:sz w:val="20"/>
        </w:rPr>
        <w:t>zum Umzug an die folgende neue Adresse begleitet wird:</w:t>
      </w:r>
    </w:p>
    <w:p>
      <w:r>
        <w:rPr>
          <w:b w:val="0"/>
          <w:sz w:val="20"/>
        </w:rPr>
        <w:t>Neue Anschrift : _________________________________________________</w:t>
      </w:r>
    </w:p>
    <w:p/>
    <w:p>
      <w:r>
        <w:rPr>
          <w:b/>
          <w:sz w:val="20"/>
        </w:rPr>
        <w:t>Die Begleitung des Kindes erfolgt durch:</w:t>
      </w:r>
    </w:p>
    <w:p>
      <w:r>
        <w:rPr>
          <w:b w:val="0"/>
          <w:sz w:val="20"/>
        </w:rPr>
        <w:t>Vor- und Nachname der begleitenden Person : _________________________</w:t>
      </w:r>
    </w:p>
    <w:p>
      <w:r>
        <w:rPr>
          <w:b w:val="0"/>
          <w:sz w:val="20"/>
        </w:rPr>
        <w:t>Verwandtschaftsverhältnis (falls zutreffend) : ______________________</w:t>
      </w:r>
    </w:p>
    <w:p/>
    <w:p>
      <w:r>
        <w:rPr>
          <w:b/>
          <w:sz w:val="20"/>
        </w:rPr>
        <w:t xml:space="preserve">Mit dieser Erklärung bestätige ich, dass ich über den Umzug des Kindes informiert bin und diesem zustimme. </w:t>
      </w:r>
    </w:p>
    <w:p>
      <w:r>
        <w:rPr>
          <w:b w:val="0"/>
          <w:sz w:val="20"/>
        </w:rPr>
        <w:t>Diese Einverständniserklärung erfolgt freiwillig und ohne zeitliche Einschränkung.</w:t>
      </w:r>
    </w:p>
    <w:p/>
    <w:p>
      <w:r>
        <w:rPr>
          <w:b w:val="0"/>
          <w:sz w:val="20"/>
        </w:rPr>
        <w:t>Ich entbinde die begleitende Person von jeglicher Haftung im Rahmen des Umzugs, sofern dieser sorgfältig ausgeführt wird.</w:t>
      </w:r>
    </w:p>
    <w:p/>
    <w:p>
      <w:r>
        <w:rPr>
          <w:b w:val="0"/>
          <w:sz w:val="20"/>
        </w:rPr>
        <w:t>Diese Erklärung dient als Nachweis des Einverständnisses und kann bei Bedarf vorgelegt werden.</w:t>
      </w:r>
    </w:p>
    <w:p/>
    <w:p/>
    <w:p>
      <w:r>
        <w:rPr>
          <w:b w:val="0"/>
          <w:sz w:val="20"/>
        </w:rPr>
        <w:t>Ort : ___________________________________________________________</w:t>
      </w:r>
    </w:p>
    <w:p>
      <w:r>
        <w:rPr>
          <w:b/>
          <w:sz w:val="20"/>
        </w:rPr>
        <w:t>Unterschrift des erziehungsberechtigten Elternteils :</w:t>
      </w:r>
    </w:p>
    <w:p>
      <w:r>
        <w:rPr>
          <w:b w:val="0"/>
          <w:sz w:val="20"/>
        </w:rPr>
        <w:br/>
        <w:br/>
        <w:t>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Erziehungsberechtigter Elternteil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Begleitende Person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https://musterklar.com/formlose-einverstandniserklarung-umzug-kind/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formlose-einverstandniserklarung-umzug-kind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