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FORMLOSER ANTRAG AUF LOHNERHÖHUNG</w:t>
      </w:r>
    </w:p>
    <w:p/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Abteilung : _________________________________________________________</w:t>
      </w:r>
    </w:p>
    <w:p>
      <w:r>
        <w:rPr>
          <w:b w:val="0"/>
          <w:sz w:val="20"/>
        </w:rPr>
        <w:t>Personalnummer : ____________________________________________________</w:t>
      </w:r>
    </w:p>
    <w:p/>
    <w:p>
      <w:r>
        <w:rPr>
          <w:b/>
          <w:sz w:val="20"/>
        </w:rPr>
        <w:t>An den Arbeitgeber / die Personalabteilung :</w:t>
      </w:r>
    </w:p>
    <w:p>
      <w:r>
        <w:rPr>
          <w:b w:val="0"/>
          <w:sz w:val="20"/>
        </w:rPr>
        <w:t>Firma : _____________________________________________________________</w:t>
      </w:r>
    </w:p>
    <w:p>
      <w:r>
        <w:rPr>
          <w:b w:val="0"/>
          <w:sz w:val="20"/>
        </w:rPr>
        <w:t>Abteilung : _________________________________________________________</w:t>
      </w:r>
    </w:p>
    <w:p/>
    <w:p>
      <w:r>
        <w:rPr>
          <w:b/>
          <w:sz w:val="20"/>
        </w:rPr>
        <w:t>Betreff: Antrag auf Erhöhung meines Gehalts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beantrage ich eine Erhöhung meines monatlichen Bruttogehalts. Aufgrund meiner bisherigen Leistungen, meiner Einsatzbereitschaft und meines Beitrags zum Unternehmen halte ich eine Anpassung meiner Vergütung für angemessen und gerechtfertigt.</w:t>
      </w:r>
    </w:p>
    <w:p/>
    <w:p>
      <w:r>
        <w:rPr>
          <w:b w:val="0"/>
          <w:sz w:val="20"/>
        </w:rPr>
        <w:t>In den letzten Monaten konnte ich folgende Erfolge und Leistungen vorweisen: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/>
    <w:p>
      <w:r>
        <w:rPr>
          <w:b w:val="0"/>
          <w:sz w:val="20"/>
        </w:rPr>
        <w:t>Ich bin überzeugt, dass meine Arbeit einen positiven Einfluss auf den Unternehmenserfolg hat und bitte Sie daher freundlich, meinem Antrag wohlwollend zu entsprechen.</w:t>
      </w:r>
    </w:p>
    <w:p/>
    <w:p>
      <w:r>
        <w:rPr>
          <w:b w:val="0"/>
          <w:sz w:val="20"/>
        </w:rPr>
        <w:t>Für ein persönliches Gespräch stehe ich Ihnen jederzeit gerne zur Verfügung.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: 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https://musterklar.com/formloser-antrag-lohnerhohung/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formloser-antrag-lohnerhohung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