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FORMLOSER ANTRAG</w:t>
      </w:r>
    </w:p>
    <w:p/>
    <w:p>
      <w:r>
        <w:rPr>
          <w:b/>
          <w:sz w:val="20"/>
        </w:rPr>
        <w:t>Angaben zum Antragsteller: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</w:t>
      </w:r>
    </w:p>
    <w:p/>
    <w:p>
      <w:r>
        <w:rPr>
          <w:b/>
          <w:sz w:val="20"/>
        </w:rPr>
        <w:t>Hiermit beantrage ich: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Begründung des Antrags: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Ich versichere, dass die gemachten Angaben vollständig und wahrheitsgemäß sind.</w:t>
      </w:r>
    </w:p>
    <w:p>
      <w:r>
        <w:rPr>
          <w:b/>
          <w:sz w:val="20"/>
        </w:rPr>
        <w:t>Mir ist bekannt, dass falsche Angaben rechtliche Folgen haben können.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https://musterklar.com/formloser-antrag/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formloser-antrag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