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FORMLOSER KAUFANTRAG GRUNDSTÜCK</w:t>
      </w:r>
    </w:p>
    <w:p/>
    <w:p>
      <w:r>
        <w:rPr>
          <w:b/>
          <w:sz w:val="20"/>
        </w:rPr>
        <w:t>Angaben des Antragstellers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zum Grundstück :</w:t>
      </w:r>
    </w:p>
    <w:p>
      <w:r>
        <w:rPr>
          <w:b w:val="0"/>
          <w:sz w:val="20"/>
        </w:rPr>
        <w:t>Lage / Adresse : ____________________________________________________</w:t>
      </w:r>
    </w:p>
    <w:p>
      <w:r>
        <w:rPr>
          <w:b w:val="0"/>
          <w:sz w:val="20"/>
        </w:rPr>
        <w:t>Flurstücknummer : ___________________________________________________</w:t>
      </w:r>
    </w:p>
    <w:p>
      <w:r>
        <w:rPr>
          <w:b w:val="0"/>
          <w:sz w:val="20"/>
        </w:rPr>
        <w:t>Grundbuchblattnummer : _______________________________________________</w:t>
      </w:r>
    </w:p>
    <w:p>
      <w:r>
        <w:rPr>
          <w:b w:val="0"/>
          <w:sz w:val="20"/>
        </w:rPr>
        <w:t>Größe (in m²) : _____________________________________________________</w:t>
      </w:r>
    </w:p>
    <w:p>
      <w:r>
        <w:rPr>
          <w:b w:val="0"/>
          <w:sz w:val="20"/>
        </w:rPr>
        <w:t>Besonderheiten / Bemerkungen : _______________________________________</w:t>
      </w:r>
    </w:p>
    <w:p/>
    <w:p>
      <w:r>
        <w:rPr>
          <w:b/>
          <w:sz w:val="20"/>
        </w:rPr>
        <w:t>Kaufpreis und Zahlungsmodalitäten :</w:t>
      </w:r>
    </w:p>
    <w:p>
      <w:r>
        <w:rPr>
          <w:b w:val="0"/>
          <w:sz w:val="20"/>
        </w:rPr>
        <w:t>Kaufpreis : _________________ EUR</w:t>
      </w:r>
    </w:p>
    <w:p>
      <w:r>
        <w:rPr>
          <w:b w:val="0"/>
          <w:sz w:val="20"/>
        </w:rPr>
        <w:t>Zahlungsweise : _____________________________________________________</w:t>
      </w:r>
    </w:p>
    <w:p/>
    <w:p>
      <w:r>
        <w:rPr>
          <w:b/>
          <w:sz w:val="20"/>
        </w:rPr>
        <w:t>Hiermit beantrage ich den formlosen Kauf des oben genannten Grundstücks zum angegebenen Kaufpreis.</w:t>
      </w:r>
    </w:p>
    <w:p/>
    <w:p>
      <w:r>
        <w:rPr>
          <w:b/>
          <w:sz w:val="20"/>
        </w:rPr>
        <w:t>Besondere Bedingungen / Vereinbarungen :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/>
    <w:p>
      <w:r>
        <w:rPr>
          <w:b/>
          <w:sz w:val="20"/>
        </w:rPr>
        <w:t>Ich bestätige, dass ich den Kaufantrag freiwillig und nach sorgfältiger Prüfung abgebe. Mir sind die Eigentumsverhältnisse und der Zustand des Grundstücks bekannt.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https://musterklar.com/formloser-kaufantrag-grundstuck-muster/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formloser-kaufantrag-grundstuck-muster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