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FORTSETZUNGSVERTRAG NACH KÜNDIGUNG</w:t>
      </w:r>
    </w:p>
    <w:p/>
    <w:p>
      <w:r>
        <w:rPr>
          <w:b/>
          <w:sz w:val="20"/>
        </w:rPr>
        <w:t>Zwischen den nachfolgend genannten Parteien wird folgender Fortsetzungsvertrag geschlossen :</w:t>
      </w:r>
    </w:p>
    <w:p/>
    <w:p>
      <w:r>
        <w:rPr>
          <w:b/>
          <w:sz w:val="20"/>
        </w:rPr>
        <w:t>Arbeitgeber :</w:t>
      </w:r>
    </w:p>
    <w:p>
      <w:r>
        <w:rPr>
          <w:b w:val="0"/>
          <w:sz w:val="20"/>
        </w:rPr>
        <w:t>Name/Firma : ___________________________________________________________</w:t>
      </w:r>
    </w:p>
    <w:p>
      <w:r>
        <w:rPr>
          <w:b w:val="0"/>
          <w:sz w:val="20"/>
        </w:rPr>
        <w:t>Anschrift : _____________________________________________________________</w:t>
      </w:r>
    </w:p>
    <w:p>
      <w:r>
        <w:rPr>
          <w:b w:val="0"/>
          <w:sz w:val="20"/>
        </w:rPr>
        <w:t>Vertreten durch : ______________________________________________________</w:t>
      </w:r>
    </w:p>
    <w:p/>
    <w:p>
      <w:r>
        <w:rPr>
          <w:b/>
          <w:sz w:val="20"/>
        </w:rPr>
        <w:t>Arbeitnehmer :</w:t>
      </w:r>
    </w:p>
    <w:p>
      <w:r>
        <w:rPr>
          <w:b w:val="0"/>
          <w:sz w:val="20"/>
        </w:rPr>
        <w:t>Vor- und Nachname : ____________________________________________________</w:t>
      </w:r>
    </w:p>
    <w:p>
      <w:r>
        <w:rPr>
          <w:b w:val="0"/>
          <w:sz w:val="20"/>
        </w:rPr>
        <w:t>Anschrift : _____________________________________________________________</w:t>
      </w:r>
    </w:p>
    <w:p>
      <w:r>
        <w:rPr>
          <w:b w:val="0"/>
          <w:sz w:val="20"/>
        </w:rPr>
        <w:t>Geburtsdatum : _________________________________________________________</w:t>
      </w:r>
    </w:p>
    <w:p/>
    <w:p>
      <w:r>
        <w:rPr>
          <w:b/>
          <w:sz w:val="20"/>
        </w:rPr>
        <w:t>Präambel :</w:t>
      </w:r>
    </w:p>
    <w:p>
      <w:r>
        <w:rPr>
          <w:b w:val="0"/>
          <w:sz w:val="20"/>
        </w:rPr>
        <w:t>Die Parteien schließen diesen Fortsetzungsvertrag auf Grundlage der bestehenden Kündigung und der vorherigen Vereinbarung, mit dem Ziel der Fortführung des Arbeitsverhältnisses unter geänderten Bedingungen.</w:t>
      </w:r>
    </w:p>
    <w:p/>
    <w:p>
      <w:r>
        <w:rPr>
          <w:b/>
          <w:sz w:val="20"/>
        </w:rPr>
        <w:t>§ 1 – Fortsetzung des Arbeitsverhältnisses</w:t>
      </w:r>
    </w:p>
    <w:p>
      <w:r>
        <w:rPr>
          <w:b w:val="0"/>
          <w:sz w:val="20"/>
        </w:rPr>
        <w:t>Das Arbeitsverhältnis zwischen Arbeitgeber und Arbeitnehmer wird unter den nachfolgenden Bedingungen fortgesetzt. Die Fortsetzung beginnt mit dem Tag der Unterzeichnung dieses Vertrages und läuft auf unbestimmte Zeit.</w:t>
      </w:r>
    </w:p>
    <w:p/>
    <w:p>
      <w:r>
        <w:rPr>
          <w:b/>
          <w:sz w:val="20"/>
        </w:rPr>
        <w:t>§ 2 – Tätigkeit und Arbeitszeit</w:t>
      </w:r>
    </w:p>
    <w:p>
      <w:r>
        <w:rPr>
          <w:b w:val="0"/>
          <w:sz w:val="20"/>
        </w:rPr>
        <w:t>Der Arbeitnehmer wird weiterhin als ______________________________ beschäftigt. Die regelmäßige Arbeitszeit beträgt _______ Stunden pro Woche und kann nach betrieblicher Notwendigkeit angepasst werden.</w:t>
      </w:r>
    </w:p>
    <w:p/>
    <w:p>
      <w:r>
        <w:rPr>
          <w:b/>
          <w:sz w:val="20"/>
        </w:rPr>
        <w:t>§ 3 – Vergütung</w:t>
      </w:r>
    </w:p>
    <w:p>
      <w:r>
        <w:rPr>
          <w:b w:val="0"/>
          <w:sz w:val="20"/>
        </w:rPr>
        <w:t>Die Vergütung des Arbeitnehmers wird wie folgt festgelegt:</w:t>
      </w:r>
    </w:p>
    <w:p>
      <w:r>
        <w:rPr>
          <w:b w:val="0"/>
          <w:sz w:val="20"/>
        </w:rPr>
        <w:t>Monatliches Bruttogehalt : _________________ EUR</w:t>
      </w:r>
    </w:p>
    <w:p>
      <w:r>
        <w:rPr>
          <w:b w:val="0"/>
          <w:sz w:val="20"/>
        </w:rPr>
        <w:t>Weitere Bestandteile der Vergütung : ____________________________________</w:t>
      </w:r>
    </w:p>
    <w:p/>
    <w:p>
      <w:r>
        <w:rPr>
          <w:b/>
          <w:sz w:val="20"/>
        </w:rPr>
        <w:t>§ 4 – Urlaub</w:t>
      </w:r>
    </w:p>
    <w:p>
      <w:r>
        <w:rPr>
          <w:b w:val="0"/>
          <w:sz w:val="20"/>
        </w:rPr>
        <w:t>Der Urlaubsanspruch richtet sich nach den gesetzlichen Bestimmungen und den Vereinbarungen im bisherigen Arbeitsvertrag.</w:t>
      </w:r>
    </w:p>
    <w:p/>
    <w:p>
      <w:r>
        <w:rPr>
          <w:b/>
          <w:sz w:val="20"/>
        </w:rPr>
        <w:t>§ 5 – Kündigung</w:t>
      </w:r>
    </w:p>
    <w:p>
      <w:r>
        <w:rPr>
          <w:b w:val="0"/>
          <w:sz w:val="20"/>
        </w:rPr>
        <w:t>Die Kündigungsfristen richten sich nach den gesetzlichen Vorschriften und den bisherigen vertraglichen Regelungen. Eine Änderung der Kündigungsfristen erfolgt nicht.</w:t>
      </w:r>
    </w:p>
    <w:p/>
    <w:p>
      <w:r>
        <w:rPr>
          <w:b/>
          <w:sz w:val="20"/>
        </w:rPr>
        <w:t>§ 6 – Sonstige Vereinbarungen</w:t>
      </w:r>
    </w:p>
    <w:p>
      <w:r>
        <w:rPr>
          <w:b w:val="0"/>
          <w:sz w:val="20"/>
        </w:rPr>
        <w:t>Weitere Absprachen oder Änderungen bedürfen der Schriftform und werden Bestandteil dieses Vertrages.</w:t>
      </w:r>
    </w:p>
    <w:p/>
    <w:p>
      <w:r>
        <w:rPr>
          <w:b/>
          <w:sz w:val="20"/>
        </w:rPr>
        <w:t>§ 7 – Salvatorische Klausel</w:t>
      </w:r>
    </w:p>
    <w:p>
      <w:r>
        <w:rPr>
          <w:b w:val="0"/>
          <w:sz w:val="20"/>
        </w:rPr>
        <w:t>Sollten einzelne Bestimmungen dieses Vertrages unwirksam sein oder werden, bleibt die Wirksamkeit der übrigen Bestimmungen unberührt. Die unwirksame Bestimmung ist durch eine wirksame Regelung zu ersetzen, die dem wirtschaftlichen Zweck am nächsten kommt.</w:t>
      </w:r>
    </w:p>
    <w:p/>
    <w:p/>
    <w:p>
      <w:r>
        <w:rPr>
          <w:b w:val="0"/>
          <w:sz w:val="20"/>
        </w:rPr>
        <w:t>Ort : __________________________________________</w:t>
      </w:r>
    </w:p>
    <w:p>
      <w:r>
        <w:rPr>
          <w:b w:val="0"/>
          <w:sz w:val="20"/>
        </w:rPr>
        <w:t>Datum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ARBEITGEBER</w:t>
            </w:r>
          </w:p>
        </w:tc>
        <w:tc>
          <w:tcPr>
            <w:tcW w:type="dxa" w:w="4986"/>
            <w:tcBorders>
              <w:top w:val="nil"/>
              <w:left w:val="nil"/>
              <w:bottom w:val="nil"/>
              <w:right w:val="nil"/>
              <w:insideH w:val="nil"/>
              <w:insideV w:val="nil"/>
            </w:tcBorders>
          </w:tcPr>
          <w:p>
            <w:pPr>
              <w:jc w:val="center"/>
            </w:pPr>
            <w:r>
              <w:t>ARBEITNEHMER</w:t>
            </w:r>
          </w:p>
        </w:tc>
      </w:tr>
      <w:tr>
        <w:tc>
          <w:tcPr>
            <w:tcW w:type="dxa" w:w="4986"/>
            <w:tcBorders>
              <w:top w:val="nil"/>
              <w:left w:val="nil"/>
              <w:bottom w:val="nil"/>
              <w:right w:val="nil"/>
              <w:insideH w:val="nil"/>
              <w:insideV w:val="nil"/>
            </w:tcBorders>
          </w:tcPr>
          <w:p>
            <w:pPr>
              <w:jc w:val="center"/>
            </w:pPr>
            <w:r>
              <w:br/>
              <w:br/>
              <w:t>Unterschrift : ____________________________</w:t>
            </w:r>
          </w:p>
        </w:tc>
        <w:tc>
          <w:tcPr>
            <w:tcW w:type="dxa" w:w="4986"/>
            <w:tcBorders>
              <w:top w:val="nil"/>
              <w:left w:val="nil"/>
              <w:bottom w:val="nil"/>
              <w:right w:val="nil"/>
              <w:insideH w:val="nil"/>
              <w:insideV w:val="nil"/>
            </w:tcBorders>
          </w:tcPr>
          <w:p>
            <w:pPr>
              <w:jc w:val="center"/>
            </w:pPr>
            <w:r>
              <w:br/>
              <w:br/>
              <w:t>Unterschrift : ____________________________</w:t>
            </w:r>
          </w:p>
        </w:tc>
      </w:tr>
      <w:tr>
        <w:tc>
          <w:tcPr>
            <w:tcW w:type="dxa" w:w="4986"/>
            <w:tcBorders>
              <w:top w:val="nil"/>
              <w:left w:val="nil"/>
              <w:bottom w:val="nil"/>
              <w:right w:val="nil"/>
              <w:insideH w:val="nil"/>
              <w:insideV w:val="nil"/>
            </w:tcBorders>
          </w:tcPr>
          <w:p>
            <w:pPr>
              <w:jc w:val="center"/>
            </w:pPr>
            <w:r>
              <w:t>Name : ____________________________________</w:t>
            </w:r>
          </w:p>
        </w:tc>
        <w:tc>
          <w:tcPr>
            <w:tcW w:type="dxa" w:w="4986"/>
            <w:tcBorders>
              <w:top w:val="nil"/>
              <w:left w:val="nil"/>
              <w:bottom w:val="nil"/>
              <w:right w:val="nil"/>
              <w:insideH w:val="nil"/>
              <w:insideV w:val="nil"/>
            </w:tcBorders>
          </w:tcPr>
          <w:p>
            <w:pPr>
              <w:jc w:val="center"/>
            </w:pPr>
            <w:r>
              <w:t>Name : ____________________________________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https://musterklar.com/fortsetzungsvertrag-nach-kundigung/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fortsetzungsvertrag-nach-kundigung/"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