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FRISTLOSE KÜNDIGUNG DES ARBEITSVERHÄLTNISSES</w:t>
      </w:r>
    </w:p>
    <w:p/>
    <w:p>
      <w:r>
        <w:rPr>
          <w:b/>
          <w:sz w:val="20"/>
        </w:rPr>
        <w:t>An</w:t>
      </w:r>
    </w:p>
    <w:p>
      <w:r>
        <w:rPr>
          <w:b w:val="0"/>
          <w:sz w:val="20"/>
        </w:rPr>
        <w:t>Firma / Arbeitgeber : ______________________________________________</w:t>
      </w:r>
    </w:p>
    <w:p>
      <w:r>
        <w:rPr>
          <w:b w:val="0"/>
          <w:sz w:val="20"/>
        </w:rPr>
        <w:t>Abteilung / Ansprechpartner : 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/>
    <w:p>
      <w:r>
        <w:rPr>
          <w:b/>
          <w:sz w:val="20"/>
        </w:rPr>
        <w:t>Von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Fristlose Kündigung des Arbeitsverhältnisses aus gesundheitlichen Gründen</w:t>
      </w:r>
    </w:p>
    <w:p/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das mit Ihnen bestehende Arbeitsverhältnis fristlos aus wichtigen gesundheitlichen Gründen. Aufgrund meiner derzeitigen gesundheitlichen Situation bin ich nicht mehr in der Lage, meine vertraglichen Pflichten zu erfüllen.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Die fristlose Kündigung erfolgt, weil eine Fortsetzung des Arbeitsverhältnisses mir aufgrund der erheblichen gesundheitlichen Einschränkungen nicht zugemutet werden kann. Eine weiterhin bestehende Zusammenarbeit ist aufgrund der bestehenden Umstände unzumutbar.</w:t>
      </w:r>
    </w:p>
    <w:p/>
    <w:p>
      <w:r>
        <w:rPr>
          <w:b w:val="0"/>
          <w:sz w:val="20"/>
        </w:rPr>
        <w:t>Ich habe die Kündigung unverzüglich nach Kenntnis der für mich belastenden Umstände ausgesprochen.</w:t>
      </w:r>
    </w:p>
    <w:p/>
    <w:p>
      <w:r>
        <w:rPr>
          <w:b w:val="0"/>
          <w:sz w:val="20"/>
        </w:rPr>
        <w:t>Bitte bestätigen Sie mir den Erhalt dieser Kündigung sowie das Ende des Arbeitsverhältnisses schriftlich.</w:t>
      </w:r>
    </w:p>
    <w:p/>
    <w:p>
      <w:r>
        <w:rPr>
          <w:b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https://musterklar.com/fristlose-kundigung-aus-gesundheitlichen-grunden-vorlage/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ristlose-kundigung-aus-gesundheitlichen-grunde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