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FRISTLOSE KÜNDIGUNG WEGEN DROGENKONSUM – MUSTERVORLAGE</w:t>
      </w:r>
    </w:p>
    <w:p/>
    <w:p>
      <w:r>
        <w:rPr>
          <w:b/>
          <w:sz w:val="20"/>
        </w:rPr>
        <w:t>Absender (Arbeitgeber) :</w:t>
      </w:r>
    </w:p>
    <w:p>
      <w:r>
        <w:rPr>
          <w:b w:val="0"/>
          <w:sz w:val="20"/>
        </w:rPr>
        <w:t>Firma / Name : ________________________________________________</w:t>
      </w:r>
    </w:p>
    <w:p>
      <w:r>
        <w:rPr>
          <w:b w:val="0"/>
          <w:sz w:val="20"/>
        </w:rPr>
        <w:t>Adresse : ____________________________________________________</w:t>
      </w:r>
    </w:p>
    <w:p>
      <w:r>
        <w:rPr>
          <w:b w:val="0"/>
          <w:sz w:val="20"/>
        </w:rPr>
        <w:t>Telefonnummer : ______________________________________________</w:t>
      </w:r>
    </w:p>
    <w:p/>
    <w:p>
      <w:r>
        <w:rPr>
          <w:b/>
          <w:sz w:val="20"/>
        </w:rPr>
        <w:t>Empfänger (Arbeitnehmer) :</w:t>
      </w:r>
    </w:p>
    <w:p>
      <w:r>
        <w:rPr>
          <w:b w:val="0"/>
          <w:sz w:val="20"/>
        </w:rPr>
        <w:t>Vor- und Nachname : __________________________________________</w:t>
      </w:r>
    </w:p>
    <w:p>
      <w:r>
        <w:rPr>
          <w:b w:val="0"/>
          <w:sz w:val="20"/>
        </w:rPr>
        <w:t>Anschrift : ____________________________________________________</w:t>
      </w:r>
    </w:p>
    <w:p>
      <w:r>
        <w:rPr>
          <w:b w:val="0"/>
          <w:sz w:val="20"/>
        </w:rPr>
        <w:t>Personalnummer / ggf. Abteilung : ____________________________</w:t>
      </w:r>
    </w:p>
    <w:p/>
    <w:p>
      <w:r>
        <w:rPr>
          <w:b/>
          <w:sz w:val="20"/>
        </w:rPr>
        <w:t>Betreff:</w:t>
      </w:r>
    </w:p>
    <w:p>
      <w:r>
        <w:rPr>
          <w:b w:val="0"/>
          <w:sz w:val="20"/>
        </w:rPr>
        <w:t>Fristlose Kündigung des Arbeitsverhältnisses wegen wiederholtem Drogenkonsum am Arbeitsplatz</w:t>
      </w:r>
    </w:p>
    <w:p/>
    <w:p>
      <w:r>
        <w:rPr>
          <w:b w:val="0"/>
          <w:sz w:val="20"/>
        </w:rPr>
        <w:t>Sehr geehrte(r) Herr/Frau ____________________,</w:t>
      </w:r>
    </w:p>
    <w:p/>
    <w:p>
      <w:r>
        <w:rPr>
          <w:b w:val="0"/>
          <w:sz w:val="20"/>
        </w:rPr>
        <w:t>hiermit kündigen wir das mit Ihnen bestehende Arbeitsverhältnis fristlos aus wichtigem Grund gemäß § 626 BGB.</w:t>
      </w:r>
    </w:p>
    <w:p>
      <w:r>
        <w:rPr>
          <w:b w:val="0"/>
          <w:sz w:val="20"/>
        </w:rPr>
        <w:t>Grund für diese außerordentliche Kündigung ist der wiederholte und nachgewiesene Konsum von Betäubungsmitteln während der Arbeitszeit, trotz vorheriger Abmahnungen und Gespräche. Dieses Verhalten stellt eine schwerwiegende Pflichtverletzung dar, die das Vertrauensverhältnis zwischen Arbeitgeber und Arbeitnehmer nachhaltig zerstört.</w:t>
      </w:r>
    </w:p>
    <w:p/>
    <w:p>
      <w:r>
        <w:rPr>
          <w:b w:val="0"/>
          <w:sz w:val="20"/>
        </w:rPr>
        <w:t>Wir weisen darauf hin, dass eine Fortsetzung des Arbeitsverhältnisses unter diesen Umständen unzumutbar ist. Die fristlose Kündigung erfolgt ohne Einhaltung einer Kündigungsfrist.</w:t>
      </w:r>
    </w:p>
    <w:p/>
    <w:p>
      <w:r>
        <w:rPr>
          <w:b w:val="0"/>
          <w:sz w:val="20"/>
        </w:rPr>
        <w:t>Bitte bestätigen Sie den Erhalt dieser Kündigung schriftlich. Etwaige Arbeitsmittel sind unverzüglich zurückzugeben.</w:t>
      </w:r>
    </w:p>
    <w:p/>
    <w:p>
      <w:r>
        <w:rPr>
          <w:b w:val="0"/>
          <w:sz w:val="20"/>
        </w:rPr>
        <w:t>Wir empfehlen Ihnen, sich bezüglich der rechtlichen Folgen dieser Kündigung anwaltlich beraten zu lassen.</w:t>
      </w:r>
    </w:p>
    <w:p/>
    <w:p>
      <w:r>
        <w:rPr>
          <w:b w:val="0"/>
          <w:sz w:val="20"/>
        </w:rPr>
        <w:t>Mit freundlichen Grüßen,</w:t>
      </w:r>
    </w:p>
    <w:p/>
    <w:p/>
    <w:p/>
    <w:p>
      <w:r>
        <w:rPr>
          <w:b w:val="0"/>
          <w:sz w:val="20"/>
        </w:rPr>
        <w:t>_______________________________</w:t>
      </w:r>
    </w:p>
    <w:p>
      <w:r>
        <w:rPr>
          <w:b w:val="0"/>
          <w:sz w:val="20"/>
        </w:rPr>
        <w:t>Unterschrift Arbeitgeber</w:t>
      </w:r>
    </w:p>
    <w:p/>
    <w:p/>
    <w:p>
      <w:r>
        <w:rPr>
          <w:b w:val="0"/>
          <w:sz w:val="20"/>
        </w:rPr>
        <w:t>Ort : ____________________________    Datum : ____________________________</w:t>
      </w:r>
    </w:p>
    <w:p/>
    <w:p/>
    <w:p>
      <w:r>
        <w:rPr>
          <w:b w:val="0"/>
          <w:sz w:val="20"/>
        </w:rPr>
        <w:t>_______________________________</w:t>
      </w:r>
    </w:p>
    <w:p>
      <w:r>
        <w:rPr>
          <w:b w:val="0"/>
          <w:sz w:val="20"/>
        </w:rPr>
        <w:t>Unterschrift Arbeitnehmer (zur Kenntnisnahme)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Arbeitgeber</w:t>
            </w:r>
          </w:p>
        </w:tc>
        <w:tc>
          <w:tcPr>
            <w:tcW w:type="dxa" w:w="4986"/>
            <w:tcBorders>
              <w:top w:val="nil"/>
              <w:left w:val="nil"/>
              <w:bottom w:val="nil"/>
              <w:right w:val="nil"/>
              <w:insideH w:val="nil"/>
              <w:insideV w:val="nil"/>
            </w:tcBorders>
          </w:tcPr>
          <w:p>
            <w:pPr>
              <w:jc w:val="center"/>
            </w:pPr>
            <w:r>
              <w:t>Arbeitnehmer (zur Kenntnisnahme)</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https://musterklar.com/fristlose-kundigung-wegen-drogenkonsum-muster/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fristlose-kundigung-wegen-drogenkonsum-muster/"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