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FRISTSETZUNG ZUR RÜCKERSTATTUNG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Name/Firma : ____________________________________________________</w:t>
      </w:r>
    </w:p>
    <w:p>
      <w:r>
        <w:rPr>
          <w:b w:val="0"/>
          <w:sz w:val="20"/>
        </w:rPr>
        <w:t>Anschrift : _____________________________________________________</w:t>
      </w:r>
    </w:p>
    <w:p/>
    <w:p>
      <w:r>
        <w:rPr>
          <w:b/>
          <w:sz w:val="20"/>
        </w:rPr>
        <w:t>Betreff : Fristsetzung zur Rückerstattung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setze ich Sie formell in Kenntnis, dass ich die Rückerstattung des von mir gezahlten Betrages in Höhe von __________________ EUR fordere. Diese Forderung beruht auf folgenden Gründen:</w:t>
      </w:r>
    </w:p>
    <w:p/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 w:val="0"/>
          <w:sz w:val="20"/>
        </w:rPr>
        <w:t>Ich fordere Sie auf, den genannten Betrag unverzüglich, spätestens jedoch innerhalb von __ Werktagen nach Erhalt dieses Schreibens, auf folgendes Konto zu überweisen:</w:t>
      </w:r>
    </w:p>
    <w:p>
      <w:r>
        <w:rPr>
          <w:b w:val="0"/>
          <w:sz w:val="20"/>
        </w:rPr>
        <w:t>Kontoinhaber : _______________________________________________________</w:t>
      </w:r>
    </w:p>
    <w:p>
      <w:r>
        <w:rPr>
          <w:b w:val="0"/>
          <w:sz w:val="20"/>
        </w:rPr>
        <w:t>IBAN : _______________________________________________________________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________________________________________________________________</w:t>
      </w:r>
    </w:p>
    <w:p/>
    <w:p>
      <w:r>
        <w:rPr>
          <w:b w:val="0"/>
          <w:sz w:val="20"/>
        </w:rPr>
        <w:t>Sollte die Rückerstattung nicht fristgerecht erfolgen, behalte ich mir vor, rechtliche Schritte einzuleiten, um meine Ansprüche durchzusetzen.</w:t>
      </w:r>
    </w:p>
    <w:p/>
    <w:p>
      <w:r>
        <w:rPr>
          <w:b w:val="0"/>
          <w:sz w:val="20"/>
        </w:rPr>
        <w:t>Bitte bestätigen Sie mir den Eingang dieses Schreibens schriftlich.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p>
      <w:r>
        <w:rPr>
          <w:b w:val="0"/>
          <w:sz w:val="20"/>
        </w:rPr>
        <w:t>____________________________________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____________________________________</w:t>
      </w:r>
    </w:p>
    <w:p>
      <w:r>
        <w:rPr>
          <w:b w:val="0"/>
          <w:sz w:val="20"/>
        </w:rPr>
        <w:t>Datum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https://musterklar.com/fristsetzung-ruckerstattung-muster/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fristsetzung-ruckerstattung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