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VERTRAG ZUR REGELUNG DER GELDABHEBUNG OHNE VOLLMACHT</w:t>
      </w:r>
    </w:p>
    <w:p/>
    <w:p>
      <w:r>
        <w:rPr>
          <w:b w:val="0"/>
          <w:sz w:val="20"/>
        </w:rPr>
        <w:t>Ort : ____________________________    Datum : ____________________________</w:t>
      </w:r>
    </w:p>
    <w:p/>
    <w:p>
      <w:r>
        <w:rPr>
          <w:b/>
          <w:sz w:val="20"/>
        </w:rPr>
        <w:t>Angaben zur Bankvollmacht und Beteiligten:</w:t>
      </w:r>
    </w:p>
    <w:p>
      <w:r>
        <w:rPr>
          <w:b w:val="0"/>
          <w:sz w:val="20"/>
        </w:rPr>
        <w:t>Vollmachtgeber (Kontoinhaber) : __________________________________________</w:t>
      </w:r>
    </w:p>
    <w:p>
      <w:r>
        <w:rPr>
          <w:b w:val="0"/>
          <w:sz w:val="20"/>
        </w:rPr>
        <w:t>Adresse : ________________________________________________________________</w:t>
      </w:r>
    </w:p>
    <w:p>
      <w:r>
        <w:rPr>
          <w:b w:val="0"/>
          <w:sz w:val="20"/>
        </w:rPr>
        <w:t>Telefonnummer : __________________________________________________________</w:t>
      </w:r>
    </w:p>
    <w:p/>
    <w:p>
      <w:r>
        <w:rPr>
          <w:b w:val="0"/>
          <w:sz w:val="20"/>
        </w:rPr>
        <w:t>Bevollmächtigte Person (Berechtigte) : ____________________________________</w:t>
      </w:r>
    </w:p>
    <w:p>
      <w:r>
        <w:rPr>
          <w:b w:val="0"/>
          <w:sz w:val="20"/>
        </w:rPr>
        <w:t>Adresse : ________________________________________________________________</w:t>
      </w:r>
    </w:p>
    <w:p>
      <w:r>
        <w:rPr>
          <w:b w:val="0"/>
          <w:sz w:val="20"/>
        </w:rPr>
        <w:t>Telefonnummer : __________________________________________________________</w:t>
      </w:r>
    </w:p>
    <w:p/>
    <w:p>
      <w:r>
        <w:rPr>
          <w:b/>
          <w:sz w:val="20"/>
        </w:rPr>
        <w:t>Gegenstand des Vertrages:</w:t>
      </w:r>
    </w:p>
    <w:p>
      <w:r>
        <w:rPr>
          <w:b w:val="0"/>
          <w:sz w:val="20"/>
        </w:rPr>
        <w:t>Der Vollmachtgeber erklärt hiermit ausdrücklich, dass die Bevollmächtigte Person Geld vom Konto des Vollmachtgebers abhebt, obwohl keine schriftliche Vollmacht vorliegt. Dieser Vertrag soll die rechtlichen Verhältnisse zwischen den Parteien regeln und Klarheit über die Verantwortlichkeiten schaffen.</w:t>
      </w:r>
    </w:p>
    <w:p/>
    <w:p>
      <w:r>
        <w:rPr>
          <w:b/>
          <w:sz w:val="20"/>
        </w:rPr>
        <w:t>Rechtliche Hinweise gemäß deutschem Recht:</w:t>
      </w:r>
    </w:p>
    <w:p>
      <w:r>
        <w:rPr>
          <w:b w:val="0"/>
          <w:sz w:val="20"/>
        </w:rPr>
        <w:t>Nach § 266 StGB (Untreue) und § 263 StGB (Betrug) ist das Abheben von Geld ohne Vollmacht grundsätzlich strafbar. Mit diesem Vertrag erkennen beide Parteien die rechtlichen Risiken an und treffen gegenseitige Vereinbarungen zur Haftungsverteilung.</w:t>
      </w:r>
    </w:p>
    <w:p/>
    <w:p>
      <w:r>
        <w:rPr>
          <w:b/>
          <w:sz w:val="20"/>
        </w:rPr>
        <w:t>Haftungsregelungen:</w:t>
      </w:r>
    </w:p>
    <w:p>
      <w:r>
        <w:rPr>
          <w:b w:val="0"/>
          <w:sz w:val="20"/>
        </w:rPr>
        <w:t>1. Die Bevollmächtigte Person haftet für alle Schäden, die aus der Geldabhebung ohne Vollmacht entstehen, soweit sie vorsätzlich oder fahrlässig gehandelt hat.</w:t>
      </w:r>
    </w:p>
    <w:p>
      <w:r>
        <w:rPr>
          <w:b w:val="0"/>
          <w:sz w:val="20"/>
        </w:rPr>
        <w:t>2. Der Vollmachtgeber verpflichtet sich, die Bevollmächtigte Person von etwaigen Ansprüchen Dritter freizustellen, sofern diese aus der Abhebung ohne Vollmacht resultieren.</w:t>
      </w:r>
    </w:p>
    <w:p/>
    <w:p>
      <w:r>
        <w:rPr>
          <w:b/>
          <w:sz w:val="20"/>
        </w:rPr>
        <w:t>Rückerstattung und Abwicklungsmodalitäten:</w:t>
      </w:r>
    </w:p>
    <w:p>
      <w:r>
        <w:rPr>
          <w:b w:val="0"/>
          <w:sz w:val="20"/>
        </w:rPr>
        <w:t>Die Bevollmächtigte Person verpflichtet sich, das abgehobene Geld spätestens innerhalb von _______ Tagen an den Vollmachtgeber zurückzuerstatten, falls dies von diesem verlangt wird.</w:t>
      </w:r>
    </w:p>
    <w:p>
      <w:r>
        <w:rPr>
          <w:b w:val="0"/>
          <w:sz w:val="20"/>
        </w:rPr>
        <w:t>Etwaige weitere Vereinbarungen zur Abwicklung werden in schriftlicher Form zwischen den Vertragsparteien geregelt.</w:t>
      </w:r>
    </w:p>
    <w:p/>
    <w:p>
      <w:r>
        <w:rPr>
          <w:b/>
          <w:sz w:val="20"/>
        </w:rPr>
        <w:t>Schlussbestimmungen:</w:t>
      </w:r>
    </w:p>
    <w:p>
      <w:r>
        <w:rPr>
          <w:b w:val="0"/>
          <w:sz w:val="20"/>
        </w:rPr>
        <w:t>Sollten einzelne Bestimmungen dieses Vertrages unwirksam sein oder werden, so wird die Wirksamkeit der übrigen Bestimmungen hiervon nicht berührt.</w:t>
      </w:r>
    </w:p>
    <w:p>
      <w:r>
        <w:rPr>
          <w:b w:val="0"/>
          <w:sz w:val="20"/>
        </w:rPr>
        <w:t>Änderungen und Ergänzungen dieses Vertrages bedürfen der Schriftform.</w:t>
      </w:r>
    </w:p>
    <w:p>
      <w:r>
        <w:rPr>
          <w:b w:val="0"/>
          <w:sz w:val="20"/>
        </w:rPr>
        <w:t>Es gilt das Recht der Bundesrepublik Deutschland.</w:t>
      </w:r>
    </w:p>
    <w:p/>
    <w:p/>
    <w:p>
      <w:r>
        <w:rPr>
          <w:b w:val="0"/>
          <w:sz w:val="20"/>
        </w:rPr>
        <w:t>Ort,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 PERSON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https://musterklar.com/geld-abheben-ohne-vollmacht-straftat/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geld-abheben-ohne-vollmacht-straftat/"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