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MUSTERGUTACHTEN WASSERSCHADEN</w:t>
      </w:r>
    </w:p>
    <w:p/>
    <w:p>
      <w:r>
        <w:rPr>
          <w:b/>
          <w:sz w:val="20"/>
        </w:rPr>
        <w:t>Angaben des Gutachters: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Auftraggebers: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Beschreibung des Schadensobjekts:</w:t>
      </w:r>
    </w:p>
    <w:p>
      <w:r>
        <w:rPr>
          <w:b w:val="0"/>
          <w:sz w:val="20"/>
        </w:rPr>
        <w:t>Art des Objekts : ______________________________________________________</w:t>
      </w:r>
    </w:p>
    <w:p>
      <w:r>
        <w:rPr>
          <w:b w:val="0"/>
          <w:sz w:val="20"/>
        </w:rPr>
        <w:t>Baujahr / Alter : _____________________________________________________</w:t>
      </w:r>
    </w:p>
    <w:p>
      <w:r>
        <w:rPr>
          <w:b w:val="0"/>
          <w:sz w:val="20"/>
        </w:rPr>
        <w:t>Lage des Schadens : ____________________________________________________</w:t>
      </w:r>
    </w:p>
    <w:p>
      <w:r>
        <w:rPr>
          <w:b w:val="0"/>
          <w:sz w:val="20"/>
        </w:rPr>
        <w:t>Umfang des Wasserschadens : ___________________________________________</w:t>
      </w:r>
    </w:p>
    <w:p>
      <w:r>
        <w:rPr>
          <w:b w:val="0"/>
          <w:sz w:val="20"/>
        </w:rPr>
        <w:t>Mögliche Schadensursachen : ___________________________________________</w:t>
      </w:r>
    </w:p>
    <w:p/>
    <w:p>
      <w:r>
        <w:rPr>
          <w:b/>
          <w:sz w:val="20"/>
        </w:rPr>
        <w:t>Schadensaufnahme und Befund:</w:t>
      </w:r>
    </w:p>
    <w:p>
      <w:r>
        <w:rPr>
          <w:b w:val="0"/>
          <w:sz w:val="20"/>
        </w:rPr>
        <w:t>Der Wasserschaden wurde festgestellt an den nachfolgenden Stellen: ____________________________</w:t>
      </w:r>
    </w:p>
    <w:p>
      <w:r>
        <w:rPr>
          <w:b w:val="0"/>
          <w:sz w:val="20"/>
        </w:rPr>
        <w:t>Beschreibung der sichtbaren Schäden: _______________________________________________________</w:t>
      </w:r>
    </w:p>
    <w:p>
      <w:r>
        <w:rPr>
          <w:b w:val="0"/>
          <w:sz w:val="20"/>
        </w:rPr>
        <w:t>Festgestellte Folgeschäden: _________________________________________________________________</w:t>
      </w:r>
    </w:p>
    <w:p>
      <w:r>
        <w:rPr>
          <w:b w:val="0"/>
          <w:sz w:val="20"/>
        </w:rPr>
        <w:t>Besondere Hinweise: ______________________________________________________________________</w:t>
      </w:r>
    </w:p>
    <w:p/>
    <w:p>
      <w:r>
        <w:rPr>
          <w:b/>
          <w:sz w:val="20"/>
        </w:rPr>
        <w:t>Technische Analyse:</w:t>
      </w:r>
    </w:p>
    <w:p>
      <w:r>
        <w:rPr>
          <w:b w:val="0"/>
          <w:sz w:val="20"/>
        </w:rPr>
        <w:t>Ursachenanalyse: __________________________________________________________________________</w:t>
      </w:r>
    </w:p>
    <w:p>
      <w:r>
        <w:rPr>
          <w:b w:val="0"/>
          <w:sz w:val="20"/>
        </w:rPr>
        <w:t>Auswirkungen auf die Bausubstanz: ________________________________________________________</w:t>
      </w:r>
    </w:p>
    <w:p>
      <w:r>
        <w:rPr>
          <w:b w:val="0"/>
          <w:sz w:val="20"/>
        </w:rPr>
        <w:t>Erforderliche Maßnahmen zur Schadensbeseitigung: ___________________________________________</w:t>
      </w:r>
    </w:p>
    <w:p>
      <w:r>
        <w:rPr>
          <w:b w:val="0"/>
          <w:sz w:val="20"/>
        </w:rPr>
        <w:t>Empfohlene Schutzmaßnahmen zur Vermeidung zukünftiger Schäden: _______________________________</w:t>
      </w:r>
    </w:p>
    <w:p/>
    <w:p>
      <w:r>
        <w:rPr>
          <w:b/>
          <w:sz w:val="20"/>
        </w:rPr>
        <w:t>Kostenschätzung der Schadensbehebung:</w:t>
      </w:r>
    </w:p>
    <w:p>
      <w:r>
        <w:rPr>
          <w:b w:val="0"/>
          <w:sz w:val="20"/>
        </w:rPr>
        <w:t>Arbeitskosten : __________________________ EUR</w:t>
      </w:r>
    </w:p>
    <w:p>
      <w:r>
        <w:rPr>
          <w:b w:val="0"/>
          <w:sz w:val="20"/>
        </w:rPr>
        <w:t>Materialkosten : _________________________ EUR</w:t>
      </w:r>
    </w:p>
    <w:p>
      <w:r>
        <w:rPr>
          <w:b w:val="0"/>
          <w:sz w:val="20"/>
        </w:rPr>
        <w:t>Sonstige Kosten : _________________________ EUR</w:t>
      </w:r>
    </w:p>
    <w:p>
      <w:r>
        <w:rPr>
          <w:b w:val="0"/>
          <w:sz w:val="20"/>
        </w:rPr>
        <w:t>Gesamtkosten : ___________________________ EUR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Dieses Gutachten wurde nach bestem Wissen und Gewissen erstellt. Eine Haftung für Folgeschäden oder nicht erkennbare Mängel wird ausgeschlossen.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Das Gutachten dient dem Auftraggeber als Grundlage zur weiteren Schadenregulierung. Für weitergehende juristische Bewertungen wird auf entsprechende Fachstellen verwiesen.</w:t>
      </w:r>
    </w:p>
    <w:p/>
    <w:p/>
    <w:p>
      <w:r>
        <w:rPr>
          <w:b w:val="0"/>
          <w:sz w:val="20"/>
        </w:rPr>
        <w:t>Ort : __________________________________________________      Unterschrift Gutachter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Gutachter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https://musterklar.com/gutachten-wasserschaden-muster/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gutachten-wasserschaden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