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DER MITGLIEDSCHAFT BEI HELPAGE</w:t>
      </w:r>
    </w:p>
    <w:p/>
    <w:p>
      <w:r>
        <w:rPr>
          <w:b/>
          <w:sz w:val="20"/>
        </w:rPr>
        <w:t>Helpage Deutschland e.V.</w:t>
      </w:r>
    </w:p>
    <w:p>
      <w:r>
        <w:rPr>
          <w:b w:val="0"/>
          <w:sz w:val="20"/>
        </w:rPr>
        <w:t>Musterstraße 1</w:t>
      </w:r>
    </w:p>
    <w:p>
      <w:r>
        <w:rPr>
          <w:b w:val="0"/>
          <w:sz w:val="20"/>
        </w:rPr>
        <w:t>12345 Musterstadt</w:t>
      </w:r>
    </w:p>
    <w:p/>
    <w:p/>
    <w:p>
      <w:r>
        <w:rPr>
          <w:b/>
          <w:sz w:val="20"/>
        </w:rPr>
        <w:t>Betreff: Kündigung meiner Mitgliedschaft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meine Mitgliedschaft bei Helpage Deutschland e.V. fristgerecht und ordentlich zum nächstmöglichen Zeitpunkt.</w:t>
      </w:r>
    </w:p>
    <w:p/>
    <w:p>
      <w:r>
        <w:rPr>
          <w:b w:val="0"/>
          <w:sz w:val="20"/>
        </w:rPr>
        <w:t>Bitte bestätigen Sie mir schriftlich den Erhalt dieser Kündigung sowie das Datum der Beendigung meiner Mitgliedschaft.</w:t>
      </w:r>
    </w:p>
    <w:p/>
    <w:p>
      <w:r>
        <w:rPr>
          <w:b w:val="0"/>
          <w:sz w:val="20"/>
        </w:rPr>
        <w:t>Ich danke Ihnen für die bisherige Zusammenarbeit und bitte darum, meine personenbezogenen Daten gemäß den gesetzlichen Datenschutzbestimmungen nach Beendigung der Mitgliedschaft zu löschen.</w:t>
      </w:r>
    </w:p>
    <w:p/>
    <w:p/>
    <w:p>
      <w:r>
        <w:rPr>
          <w:b w:val="0"/>
          <w:sz w:val="20"/>
        </w:rPr>
        <w:t>Mit freundlichen Grüßen</w:t>
      </w:r>
    </w:p>
    <w:p/>
    <w:p/>
    <w:p/>
    <w:p>
      <w:pPr>
        <w:jc w:val="center"/>
      </w:pPr>
      <w:r>
        <w:rPr>
          <w:b w:val="0"/>
          <w:sz w:val="20"/>
        </w:rPr>
        <w:t>______________________________</w:t>
      </w:r>
    </w:p>
    <w:p>
      <w:pPr>
        <w:jc w:val="center"/>
      </w:pPr>
      <w:r>
        <w:rPr>
          <w:b w:val="0"/>
          <w:sz w:val="20"/>
        </w:rPr>
        <w:t>Vor- und Nachname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Name : ________________________________</w:t>
              <w:br/>
              <w:t>Straße : ______________________________</w:t>
              <w:br/>
              <w:t>PLZ, Ort : ____________________________</w:t>
              <w:br/>
              <w:t>Telefon : 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Helpage Deutschland e.V.</w:t>
              <w:br/>
              <w:t>Musterstraße 1</w:t>
              <w:br/>
              <w:t>12345 Musterstadt</w:t>
              <w:br/>
              <w:t>Telefon: 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https://musterklar.com/helpage-kundigen/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helpage-kundigen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