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HIERMIT KÜNDIGE ICH</w:t>
      </w:r>
    </w:p>
    <w:p/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</w:t>
      </w:r>
    </w:p>
    <w:p>
      <w:r>
        <w:rPr>
          <w:b w:val="0"/>
          <w:sz w:val="20"/>
        </w:rPr>
        <w:t>E-Mail-Adresse : ____________________________________________________</w:t>
      </w:r>
    </w:p>
    <w:p/>
    <w:p>
      <w:r>
        <w:rPr>
          <w:b/>
          <w:sz w:val="20"/>
        </w:rPr>
        <w:t>Empfänger :</w:t>
      </w:r>
    </w:p>
    <w:p>
      <w:r>
        <w:rPr>
          <w:b w:val="0"/>
          <w:sz w:val="20"/>
        </w:rPr>
        <w:t>Firma / Name : _____________________________________________________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/>
    <w:p>
      <w:r>
        <w:rPr>
          <w:b/>
          <w:sz w:val="20"/>
        </w:rPr>
        <w:t>Betreff :</w:t>
      </w:r>
    </w:p>
    <w:p>
      <w:r>
        <w:rPr>
          <w:b w:val="0"/>
          <w:sz w:val="20"/>
        </w:rPr>
        <w:t>Kündigung des Vertrags / der Mitgliedschaft / des Arbeitsverhältnisses</w:t>
      </w:r>
    </w:p>
    <w:p/>
    <w:p>
      <w:r>
        <w:rPr>
          <w:b w:val="0"/>
          <w:sz w:val="20"/>
        </w:rPr>
        <w:t>Sehr geehrte Damen und Herren,</w:t>
      </w:r>
    </w:p>
    <w:p>
      <w:r>
        <w:rPr>
          <w:b w:val="0"/>
          <w:sz w:val="20"/>
        </w:rPr>
        <w:t>hiermit kündige ich den bestehenden Vertrag fristgerecht und ordentlich. Bitte bestätigen Sie mir den Erhalt dieser Kündigung sowie das Vertragsende schriftlich.</w:t>
      </w:r>
    </w:p>
    <w:p/>
    <w:p>
      <w:r>
        <w:rPr>
          <w:b w:val="0"/>
          <w:sz w:val="20"/>
        </w:rPr>
        <w:t>Kundennummer / Vertragsnummer (falls vorhanden) : ________________________</w:t>
      </w:r>
    </w:p>
    <w:p/>
    <w:p>
      <w:r>
        <w:rPr>
          <w:b w:val="0"/>
          <w:sz w:val="20"/>
        </w:rPr>
        <w:t>Mit freundlichen Grüßen,</w:t>
      </w:r>
    </w:p>
    <w:p/>
    <w:p/>
    <w:p/>
    <w:p>
      <w:r>
        <w:rPr>
          <w:b w:val="0"/>
          <w:sz w:val="20"/>
        </w:rPr>
        <w:t>_______________________________</w:t>
      </w:r>
    </w:p>
    <w:p>
      <w:r>
        <w:rPr>
          <w:b w:val="0"/>
          <w:sz w:val="20"/>
        </w:rPr>
        <w:t>Unterschrift</w:t>
      </w:r>
    </w:p>
    <w:p/>
    <w:p/>
    <w:p>
      <w:r>
        <w:rPr>
          <w:b w:val="0"/>
          <w:sz w:val="20"/>
        </w:rPr>
        <w:t>Ort : _____________________________</w:t>
      </w:r>
    </w:p>
    <w:p>
      <w:r>
        <w:rPr>
          <w:b w:val="0"/>
          <w:sz w:val="20"/>
        </w:rPr>
        <w:t>Datum : 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Absender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Empfänger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https://musterklar.com/hiermit-kundige-ich/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hiermit-kundige-ich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