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BEI ÜBERBUCHUNG</w:t>
      </w:r>
    </w:p>
    <w:p/>
    <w:p>
      <w:r>
        <w:rPr>
          <w:b/>
          <w:sz w:val="20"/>
        </w:rPr>
        <w:t>Betreff: Ihre Buchung – Überbuchung / Alternativangebot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leider müssen wir Ihnen mitteilen, dass Ihre Buchung in unserem Hotel aufgrund einer Überbuchung nicht wie ursprünglich geplant bestätigt werden kann. Wir bedauern die Unannehmlichkeiten, die Ihnen dadurch entstehen.</w:t>
      </w:r>
    </w:p>
    <w:p/>
    <w:p>
      <w:r>
        <w:rPr>
          <w:b w:val="0"/>
          <w:sz w:val="20"/>
        </w:rPr>
        <w:t>Unsere Überbuchung ist durch unerwartet hohe Nachfrage entstanden. Selbstverständlich arbeiten wir daran, Ihnen eine zufriedenstellende Lösung anzubieten.</w:t>
      </w:r>
    </w:p>
    <w:p/>
    <w:p>
      <w:r>
        <w:rPr>
          <w:b w:val="0"/>
          <w:sz w:val="20"/>
        </w:rPr>
        <w:t>Als Alternative bieten wir Ihnen eine gleichwertige Unterkunft in einem nahegelegenen Partnerhotel an. Die Kosten für den Transfer sowie eventuelle Mehrkosten übernehmen wir selbstverständlich.</w:t>
      </w:r>
    </w:p>
    <w:p/>
    <w:p>
      <w:r>
        <w:rPr>
          <w:b w:val="0"/>
          <w:sz w:val="20"/>
        </w:rPr>
        <w:t>Bitte kontaktieren Sie uns umgehend unter der Telefonnummer ___________________ oder per E-Mail an ___________________, damit wir die Details besprechen und Ihre Zufriedenheit sicherstellen können.</w:t>
      </w:r>
    </w:p>
    <w:p/>
    <w:p>
      <w:r>
        <w:rPr>
          <w:b w:val="0"/>
          <w:sz w:val="20"/>
        </w:rPr>
        <w:t>Wir weisen darauf hin, dass wir nach § 275 BGB nicht verpflichtet sind, die ursprünglich gebuchte Unterkunft bereitzustellen, wenn wir eine zumutbare Ersatzunterkunft anbieten. Wir bemühen uns, die Unannehmlichkeiten für Sie so gering wie möglich zu halten.</w:t>
      </w:r>
    </w:p>
    <w:p/>
    <w:p>
      <w:r>
        <w:rPr>
          <w:b w:val="0"/>
          <w:sz w:val="20"/>
        </w:rPr>
        <w:t>Wir danken für Ihr Verständnis und freuen uns, Sie bald bei uns oder unserem Partnerhotel begrüßen zu dürfen.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Ihr Hotelteam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Hotelname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Kontaktperson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https://musterklar.com/hotel-uberbucht-musterbrief/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hotel-uberbucht-musterbrief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