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IMPORTVOLLMACHT FÜR FEDEX</w:t>
      </w:r>
    </w:p>
    <w:p/>
    <w:p>
      <w:r>
        <w:rPr>
          <w:b/>
          <w:sz w:val="20"/>
        </w:rPr>
        <w:t>Vollmachtgeber (Auftraggeber) :</w:t>
      </w:r>
    </w:p>
    <w:p>
      <w:r>
        <w:rPr>
          <w:b w:val="0"/>
          <w:sz w:val="20"/>
        </w:rPr>
        <w:t>Name, Vorname / Firma : 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</w:t>
      </w:r>
    </w:p>
    <w:p/>
    <w:p>
      <w:r>
        <w:rPr>
          <w:b/>
          <w:sz w:val="20"/>
        </w:rPr>
        <w:t>Bevollmächtigter (Empfänger der Sendung) :</w:t>
      </w:r>
    </w:p>
    <w:p>
      <w:r>
        <w:rPr>
          <w:b w:val="0"/>
          <w:sz w:val="20"/>
        </w:rPr>
        <w:t>Name, Vorname / Firma : 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</w:t>
      </w:r>
    </w:p>
    <w:p/>
    <w:p>
      <w:r>
        <w:rPr>
          <w:b/>
          <w:sz w:val="20"/>
        </w:rPr>
        <w:t>Sendungsdaten :</w:t>
      </w:r>
    </w:p>
    <w:p>
      <w:r>
        <w:rPr>
          <w:b w:val="0"/>
          <w:sz w:val="20"/>
        </w:rPr>
        <w:t>Sendungsnummer(n) : ___________________________________________________</w:t>
      </w:r>
    </w:p>
    <w:p>
      <w:r>
        <w:rPr>
          <w:b w:val="0"/>
          <w:sz w:val="20"/>
        </w:rPr>
        <w:t>Absender : _____________________________________________________________</w:t>
      </w:r>
    </w:p>
    <w:p>
      <w:r>
        <w:rPr>
          <w:b w:val="0"/>
          <w:sz w:val="20"/>
        </w:rPr>
        <w:t>Empfänger : ____________________________________________________________</w:t>
      </w:r>
    </w:p>
    <w:p/>
    <w:p>
      <w:r>
        <w:rPr>
          <w:b/>
          <w:sz w:val="20"/>
        </w:rPr>
        <w:t>Vollmachtserklärung :</w:t>
      </w:r>
    </w:p>
    <w:p>
      <w:r>
        <w:rPr>
          <w:b w:val="0"/>
          <w:sz w:val="20"/>
        </w:rPr>
        <w:t>Hiermit bevollmächtigt der Vollmachtgeber den Bevollmächtigten, im eigenen Namen und auf eigene Rechnung folgende Handlungen im Zusammenhang mit der genannten FedEx-Sendung vorzunehmen:</w:t>
      </w:r>
    </w:p>
    <w:p>
      <w:r>
        <w:rPr>
          <w:b w:val="0"/>
          <w:sz w:val="20"/>
        </w:rPr>
        <w:t>- Empfang, Annahme und Entgegennahme der Sendung einschließlich aller dazugehörigen Dokumente</w:t>
      </w:r>
    </w:p>
    <w:p>
      <w:r>
        <w:rPr>
          <w:b w:val="0"/>
          <w:sz w:val="20"/>
        </w:rPr>
        <w:t>- Entgegennahme von Auskünften und Informationen bei FedEx und zuständigen Behörden</w:t>
      </w:r>
    </w:p>
    <w:p>
      <w:r>
        <w:rPr>
          <w:b w:val="0"/>
          <w:sz w:val="20"/>
        </w:rPr>
        <w:t>- Vornahme von Zollformalitäten und anderen erforderlichen Maßnahmen zur Importabwicklung</w:t>
      </w:r>
    </w:p>
    <w:p>
      <w:r>
        <w:rPr>
          <w:b w:val="0"/>
          <w:sz w:val="20"/>
        </w:rPr>
        <w:t>- Entrichtung von Zöllen, Steuern und sonstigen Abgaben im Zusammenhang mit der Sendung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 Vollmachtgeber stellt den Bevollmächtigten von jeglicher Haftung und Schäden frei, die im Rahmen der Ausübung dieser Vollmacht entstehen, soweit diese nicht auf grober Fahrlässigkeit oder Vorsatz beruhen.</w:t>
      </w:r>
    </w:p>
    <w:p/>
    <w:p>
      <w:r>
        <w:rPr>
          <w:b/>
          <w:sz w:val="20"/>
        </w:rPr>
        <w:t>Sonstige Bestimmungen :</w:t>
      </w:r>
    </w:p>
    <w:p>
      <w:r>
        <w:rPr>
          <w:b w:val="0"/>
          <w:sz w:val="20"/>
        </w:rPr>
        <w:t>Diese Vollmacht gilt ausschließlich für die oben genannte Sendung und endet mit deren vollständiger Abwicklung.</w:t>
      </w:r>
    </w:p>
    <w:p>
      <w:r>
        <w:rPr>
          <w:b w:val="0"/>
          <w:sz w:val="20"/>
        </w:rPr>
        <w:t>Änderungen oder Widerruf der Vollmacht bedürfen der Schriftform.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/>
    <w:p>
      <w:r>
        <w:rPr>
          <w:b w:val="0"/>
          <w:sz w:val="20"/>
        </w:rPr>
        <w:t>Unterschrift Vollmachtgeber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https://musterklar.com/importvollmacht-fedex-formlos/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importvollmacht-fedex-formlos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