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KUNDENERKLÄRUNG</w:t>
      </w:r>
    </w:p>
    <w:p/>
    <w:p>
      <w:r>
        <w:rPr>
          <w:b/>
          <w:sz w:val="20"/>
        </w:rPr>
        <w:t>Angaben zum Kunden:</w:t>
      </w:r>
    </w:p>
    <w:p>
      <w:r>
        <w:rPr>
          <w:b w:val="0"/>
          <w:sz w:val="20"/>
        </w:rPr>
        <w:t>Vor- und Nachname : ________________________________________________</w:t>
      </w:r>
    </w:p>
    <w:p>
      <w:r>
        <w:rPr>
          <w:b w:val="0"/>
          <w:sz w:val="20"/>
        </w:rPr>
        <w:t>Geburtsdatum : ________________________________________________</w:t>
      </w:r>
    </w:p>
    <w:p>
      <w:r>
        <w:rPr>
          <w:b w:val="0"/>
          <w:sz w:val="20"/>
        </w:rPr>
        <w:t>Anschrift : _________________________________________________________</w:t>
      </w:r>
    </w:p>
    <w:p>
      <w:r>
        <w:rPr>
          <w:b w:val="0"/>
          <w:sz w:val="20"/>
        </w:rPr>
        <w:t>Telefonnummer : _________________________________________________</w:t>
      </w:r>
    </w:p>
    <w:p>
      <w:r>
        <w:rPr>
          <w:b w:val="0"/>
          <w:sz w:val="20"/>
        </w:rPr>
        <w:t>E-Mail-Adresse : _________________________________________________</w:t>
      </w:r>
    </w:p>
    <w:p/>
    <w:p>
      <w:r>
        <w:rPr>
          <w:b/>
          <w:sz w:val="20"/>
        </w:rPr>
        <w:t>Erklärung zum Datenschutz und zur Datenverarbeitung:</w:t>
      </w:r>
    </w:p>
    <w:p>
      <w:r>
        <w:rPr>
          <w:b w:val="0"/>
          <w:sz w:val="20"/>
        </w:rPr>
        <w:t>Ich erkläre hiermit, dass ich die Datenschutzbestimmungen zur Kenntnis genommen habe und mit der Verarbeitung meiner personenbezogenen Daten im Rahmen der Geschäftsbeziehung einverstanden bin. Diese Daten werden ausschließlich für die Erfüllung des Vertragszwecks verwendet und nicht an Dritte weitergegeben, sofern keine gesetzliche Verpflichtung besteht.</w:t>
      </w:r>
    </w:p>
    <w:p/>
    <w:p>
      <w:r>
        <w:rPr>
          <w:b/>
          <w:sz w:val="20"/>
        </w:rPr>
        <w:t>Einwilligung zur Kontaktaufnahme:</w:t>
      </w:r>
    </w:p>
    <w:p>
      <w:r>
        <w:rPr>
          <w:b w:val="0"/>
          <w:sz w:val="20"/>
        </w:rPr>
        <w:t>Ich stimme zu, dass ich zu Zwecken der Kundenbetreuung, Information und Werbung kontaktiert werden darf. Diese Einwilligung kann ich jederzeit ohne Angabe von Gründen mit Wirkung für die Zukunft widerrufen.</w:t>
      </w:r>
    </w:p>
    <w:p/>
    <w:p>
      <w:r>
        <w:rPr>
          <w:b/>
          <w:sz w:val="20"/>
        </w:rPr>
        <w:t>Verpflichtung zur wahrheitsgemäßen Angaben:</w:t>
      </w:r>
    </w:p>
    <w:p>
      <w:r>
        <w:rPr>
          <w:b w:val="0"/>
          <w:sz w:val="20"/>
        </w:rPr>
        <w:t>Ich versichere, dass alle gemachten Angaben wahrheitsgemäß und vollständig sind. Mir ist bekannt, dass falsche Angaben rechtliche Folgen haben können.</w:t>
      </w:r>
    </w:p>
    <w:p/>
    <w:p/>
    <w:p>
      <w:r>
        <w:rPr>
          <w:b w:val="0"/>
          <w:sz w:val="20"/>
        </w:rPr>
        <w:t>Ort : __________________________________________</w:t>
      </w:r>
    </w:p>
    <w:p>
      <w:r>
        <w:rPr>
          <w:b w:val="0"/>
          <w:sz w:val="20"/>
        </w:rPr>
        <w:t>Unterschrift des Kunden : 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KUNDE</w:t>
            </w:r>
          </w:p>
        </w:tc>
        <w:tc>
          <w:tcPr>
            <w:tcW w:type="dxa" w:w="4986"/>
            <w:tcBorders>
              <w:top w:val="nil"/>
              <w:left w:val="nil"/>
              <w:bottom w:val="nil"/>
              <w:right w:val="nil"/>
              <w:insideH w:val="nil"/>
              <w:insideV w:val="nil"/>
            </w:tcBorders>
          </w:tcPr>
          <w:p>
            <w:pPr>
              <w:jc w:val="center"/>
            </w:pPr>
            <w:r>
              <w:t>UNTERNEHMEN</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https://musterklar.com/kundenerklarung/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kundenerklarung/"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