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Arbeitsvertrags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bestehenden Arbeitsvertrag, geschlossen am ________________________, ordentlich und fristgerecht zum nächstmöglichen Zeitpunkt.</w:t>
      </w:r>
    </w:p>
    <w:p/>
    <w:p>
      <w:r>
        <w:rPr>
          <w:b w:val="0"/>
          <w:sz w:val="20"/>
        </w:rPr>
        <w:t>Bitte bestätigen Sie mir den Erhalt dieser Kündigung sowie das Beendigungsdatum des Arbeitsverhältnisses schriftlich.</w:t>
      </w:r>
    </w:p>
    <w:p/>
    <w:p>
      <w:r>
        <w:rPr>
          <w:b w:val="0"/>
          <w:sz w:val="20"/>
        </w:rPr>
        <w:t>Des Weiteren bitte ich um eine abschließende Arbeitsbescheinigung und ein qualifiziertes Arbeitszeugnis.</w:t>
      </w:r>
    </w:p>
    <w:p/>
    <w:p>
      <w:r>
        <w:rPr>
          <w:b w:val="0"/>
          <w:sz w:val="20"/>
        </w:rPr>
        <w:t>Ich bedanke mich für die angenehme Zusammenarbeit und wünsche Ihrem Unternehmen weiterhin viel Erfolg.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https://musterklar.com/kundigung-arbeitsvertrag/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arbeitsvertra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