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 ALS ASSISTENZARZT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des Krankenhauses / der Klinik : _______________________________</w:t>
      </w:r>
    </w:p>
    <w:p>
      <w:r>
        <w:rPr>
          <w:b w:val="0"/>
          <w:sz w:val="20"/>
        </w:rPr>
        <w:t>Abteilung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Arbeitsverhältnisses als Assistenzarzt</w:t>
      </w:r>
    </w:p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Arbeitsverhältnis als Assistenzarzt ordentlich und fristgerecht zum nächstmöglichen Zeitpunkt.</w:t>
      </w:r>
    </w:p>
    <w:p/>
    <w:p>
      <w:r>
        <w:rPr>
          <w:b w:val="0"/>
          <w:sz w:val="20"/>
        </w:rPr>
        <w:t>Ich bitte Sie, mir den Erhalt dieser Kündigung sowie das Beendigungsdatum des Arbeitsverhältnisses schriftlich zu bestätigen.</w:t>
      </w:r>
    </w:p>
    <w:p/>
    <w:p>
      <w:r>
        <w:rPr>
          <w:b w:val="0"/>
          <w:sz w:val="20"/>
        </w:rPr>
        <w:t>Des Weiteren bitte ich um die Ausstellung eines qualifizierten Arbeitszeugnisses.</w:t>
      </w:r>
    </w:p>
    <w:p/>
    <w:p>
      <w:r>
        <w:rPr>
          <w:b w:val="0"/>
          <w:sz w:val="20"/>
        </w:rPr>
        <w:t>Ich danke Ihnen für die bisherige Zusammenarbeit und wünsche dem Haus weiterhin viel Erfolg.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https://musterklar.com/kundigung-assistenzarzt-muster/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assistenzarzt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