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DES DACHDECKER-VERTRAGS</w:t>
      </w:r>
    </w:p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Name : _______________________________________________________</w:t>
      </w:r>
    </w:p>
    <w:p>
      <w:r>
        <w:rPr>
          <w:b w:val="0"/>
          <w:sz w:val="20"/>
        </w:rPr>
        <w:t>Anschrift : ___________________________________________________</w:t>
      </w:r>
    </w:p>
    <w:p>
      <w:r>
        <w:rPr>
          <w:b w:val="0"/>
          <w:sz w:val="20"/>
        </w:rPr>
        <w:t>Telefonnummer : _______________________________________________</w:t>
      </w:r>
    </w:p>
    <w:p/>
    <w:p>
      <w:r>
        <w:rPr>
          <w:b/>
          <w:sz w:val="20"/>
        </w:rPr>
        <w:t>Empfänger:</w:t>
      </w:r>
    </w:p>
    <w:p>
      <w:r>
        <w:rPr>
          <w:b w:val="0"/>
          <w:sz w:val="20"/>
        </w:rPr>
        <w:t>Firma / Name : _______________________________________________</w:t>
      </w:r>
    </w:p>
    <w:p>
      <w:r>
        <w:rPr>
          <w:b w:val="0"/>
          <w:sz w:val="20"/>
        </w:rPr>
        <w:t>Anschrift : ___________________________________________________</w:t>
      </w:r>
    </w:p>
    <w:p/>
    <w:p>
      <w:r>
        <w:rPr>
          <w:b/>
          <w:sz w:val="20"/>
        </w:rPr>
        <w:t>Betreff: Kündigung des Dachdecker-Vertrags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den mit Ihnen bestehenden Dachdecker-Vertrag fristgerecht und ordentlich zum nächstmöglichen Zeitpunkt. Bitte bestätigen Sie mir den Erhalt der Kündigung sowie das Vertragsende schriftlich.</w:t>
      </w:r>
    </w:p>
    <w:p/>
    <w:p>
      <w:r>
        <w:rPr>
          <w:b w:val="0"/>
          <w:sz w:val="20"/>
        </w:rPr>
        <w:t>Ich danke Ihnen für die bisherige Zusammenarbeit und bitte darum, alle notwendigen Abwicklungen rechtzeitig vorzunehmen.</w:t>
      </w:r>
    </w:p>
    <w:p/>
    <w:p>
      <w:r>
        <w:rPr>
          <w:b w:val="0"/>
          <w:sz w:val="20"/>
        </w:rPr>
        <w:t>Bitte senden Sie mir eine schriftliche Bestätigung der Kündigung.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https://musterklar.com/kundigung-dachdecker-vorlage/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kundigung-dachdecker-vorlage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