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GASLIEFERUNGSVERTRAGS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/ Firma : ________________________________________________</w:t>
      </w:r>
    </w:p>
    <w:p>
      <w:r>
        <w:rPr>
          <w:b w:val="0"/>
          <w:sz w:val="20"/>
        </w:rPr>
        <w:t>Straße, Hausnummer : ___________________________________________</w:t>
      </w:r>
    </w:p>
    <w:p>
      <w:r>
        <w:rPr>
          <w:b w:val="0"/>
          <w:sz w:val="20"/>
        </w:rPr>
        <w:t>PLZ, Ort : 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>
      <w:r>
        <w:rPr>
          <w:b w:val="0"/>
          <w:sz w:val="20"/>
        </w:rPr>
        <w:t>Kundennummer (falls bekannt) : ___________________________________</w:t>
      </w:r>
    </w:p>
    <w:p/>
    <w:p>
      <w:r>
        <w:rPr>
          <w:b/>
          <w:sz w:val="20"/>
        </w:rPr>
        <w:t>Empfänger (Gasversorger):</w:t>
      </w:r>
    </w:p>
    <w:p>
      <w:r>
        <w:rPr>
          <w:b w:val="0"/>
          <w:sz w:val="20"/>
        </w:rPr>
        <w:t>Name / Firma : ________________________________________________</w:t>
      </w:r>
    </w:p>
    <w:p>
      <w:r>
        <w:rPr>
          <w:b w:val="0"/>
          <w:sz w:val="20"/>
        </w:rPr>
        <w:t>Straße, Hausnummer : ___________________________________________</w:t>
      </w:r>
    </w:p>
    <w:p>
      <w:r>
        <w:rPr>
          <w:b w:val="0"/>
          <w:sz w:val="20"/>
        </w:rPr>
        <w:t>PLZ, Ort : ______________________________________________________</w:t>
      </w:r>
    </w:p>
    <w:p/>
    <w:p>
      <w:r>
        <w:rPr>
          <w:b/>
          <w:sz w:val="20"/>
        </w:rPr>
        <w:t>Betreff: Kündigung meines Gaslieferungsvertrages wegen Umzug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meinen Gaslieferungsvertrag mit der Kundennummer oben genannt fristgerecht zum nächstmöglichen Zeitpunkt.</w:t>
      </w:r>
    </w:p>
    <w:p/>
    <w:p>
      <w:r>
        <w:rPr>
          <w:b w:val="0"/>
          <w:sz w:val="20"/>
        </w:rPr>
        <w:t>Grund für die Kündigung ist mein Umzug. Die neue Adresse lautet: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 w:val="0"/>
          <w:sz w:val="20"/>
        </w:rPr>
        <w:t>Bitte bestätigen Sie mir den Erhalt dieser Kündigung sowie das Vertragsende schriftlich.</w:t>
      </w:r>
    </w:p>
    <w:p/>
    <w:p>
      <w:r>
        <w:rPr>
          <w:b w:val="0"/>
          <w:sz w:val="20"/>
        </w:rPr>
        <w:t>Ebenso bitte ich darum, mir eine Schlussrechnung zuzusenden und das Vertragskonto nach Vertragsende zu schließen.</w:t>
      </w:r>
    </w:p>
    <w:p/>
    <w:p>
      <w:r>
        <w:rPr>
          <w:b w:val="0"/>
          <w:sz w:val="20"/>
        </w:rPr>
        <w:t>Mit freundlichen Grüßen</w:t>
      </w:r>
    </w:p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Ort: ____________________________________    Datum: 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https://musterklar.com/kundigung-gas-wegen-umzug-muster/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kundigung-gas-wegen-umzug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