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KREDITVERTRAGS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der Bank / Kreditinstitut : ____________________________________</w:t>
      </w:r>
    </w:p>
    <w:p>
      <w:r>
        <w:rPr>
          <w:b w:val="0"/>
          <w:sz w:val="20"/>
        </w:rPr>
        <w:t>Abteilung / Ansprechpartner : 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des Kreditvertrags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den bestehenden Kreditvertrag mit der Vertragsnummer _______________ fristgerecht und ordentlich zum nächstmöglichen Zeitpunkt.</w:t>
      </w:r>
    </w:p>
    <w:p/>
    <w:p>
      <w:r>
        <w:rPr>
          <w:b w:val="0"/>
          <w:sz w:val="20"/>
        </w:rPr>
        <w:t>Bitte bestätigen Sie mir schriftlich den Erhalt dieser Kündigung sowie das Datum der Vertragsbeendigung.</w:t>
      </w:r>
    </w:p>
    <w:p/>
    <w:p>
      <w:r>
        <w:rPr>
          <w:b w:val="0"/>
          <w:sz w:val="20"/>
        </w:rPr>
        <w:t>Des Weiteren bitte ich um einen abschließenden Kontoauszug sowie die Mitteilung eventuell noch offener Restbeträge.</w:t>
      </w:r>
    </w:p>
    <w:p/>
    <w:p>
      <w:r>
        <w:rPr>
          <w:b w:val="0"/>
          <w:sz w:val="20"/>
        </w:rPr>
        <w:t>Mit freundlichen Grüßen</w:t>
      </w:r>
    </w:p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    Datum : 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Unterschrift : _________________________</w:t>
              <w:br/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Unterschrift : _________________________</w:t>
              <w:br/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https://musterklar.com/kundigung-kredit-vorlage/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kundigung-kredit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