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UND AUFHEBUNGSVERTRAG</w:t>
      </w:r>
    </w:p>
    <w:p/>
    <w:p>
      <w:r>
        <w:rPr>
          <w:b/>
          <w:sz w:val="20"/>
        </w:rPr>
        <w:t>Vertragspartner:</w:t>
      </w:r>
    </w:p>
    <w:p>
      <w:r>
        <w:rPr>
          <w:b w:val="0"/>
          <w:sz w:val="20"/>
        </w:rPr>
        <w:t>Arbeitgeber : 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</w:t>
      </w:r>
    </w:p>
    <w:p/>
    <w:p>
      <w:r>
        <w:rPr>
          <w:b w:val="0"/>
          <w:sz w:val="20"/>
        </w:rPr>
        <w:t>Arbeitnehmer : 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</w:t>
      </w:r>
    </w:p>
    <w:p/>
    <w:p>
      <w:r>
        <w:rPr>
          <w:b/>
          <w:sz w:val="20"/>
        </w:rPr>
        <w:t>Kündigung des Arbeitsverhältnisses:</w:t>
      </w:r>
    </w:p>
    <w:p>
      <w:r>
        <w:rPr>
          <w:b w:val="0"/>
          <w:sz w:val="20"/>
        </w:rPr>
        <w:t>Der Arbeitnehmer/Arbeitgeber kündigt hiermit das bestehende Arbeitsverhältnis außerordentlich/ordentlich ohne Einhaltung einer Kündigungsfrist.</w:t>
      </w:r>
    </w:p>
    <w:p/>
    <w:p>
      <w:r>
        <w:rPr>
          <w:b/>
          <w:sz w:val="20"/>
        </w:rPr>
        <w:t>Aufhebungsvertrag:</w:t>
      </w:r>
    </w:p>
    <w:p>
      <w:r>
        <w:rPr>
          <w:b w:val="0"/>
          <w:sz w:val="20"/>
        </w:rPr>
        <w:t>Die Parteien vereinbaren einvernehmlich die Beendigung des Arbeitsverhältnisses zum nächstmöglichen Zeitpunkt. Alle gegenseitigen Ansprüche aus dem Arbeitsverhältnis sind mit der Unterzeichnung dieses Vertrages abgegolten.</w:t>
      </w:r>
    </w:p>
    <w:p/>
    <w:p>
      <w:r>
        <w:rPr>
          <w:b/>
          <w:sz w:val="20"/>
        </w:rPr>
        <w:t>Abwicklung und Zeugnis:</w:t>
      </w:r>
    </w:p>
    <w:p>
      <w:r>
        <w:rPr>
          <w:b w:val="0"/>
          <w:sz w:val="20"/>
        </w:rPr>
        <w:t>Der Arbeitgeber verpflichtet sich, ein wohlwollendes Arbeitszeugnis auszustellen. Der Arbeitnehmer verpflichtet sich, alle dem Arbeitgeber gehörenden Arbeitsmittel unverzüglich zurückzugeben.</w:t>
      </w:r>
    </w:p>
    <w:p/>
    <w:p>
      <w:r>
        <w:rPr>
          <w:b/>
          <w:sz w:val="20"/>
        </w:rPr>
        <w:t>Rückgabe von Firmeneigentum:</w:t>
      </w:r>
    </w:p>
    <w:p>
      <w:r>
        <w:rPr>
          <w:b w:val="0"/>
          <w:sz w:val="20"/>
        </w:rPr>
        <w:t>Der Arbeitnehmer bestätigt, dass er sämtliche Schlüssel, Ausweise, Arbeitsmaterialien und sonstige Firmeneigentümer bis zum Beendigungszeitpunkt zurückgegeben hat.</w:t>
      </w:r>
    </w:p>
    <w:p/>
    <w:p>
      <w:r>
        <w:rPr>
          <w:b/>
          <w:sz w:val="20"/>
        </w:rPr>
        <w:t>Schlussbestimmungen:</w:t>
      </w:r>
    </w:p>
    <w:p>
      <w:r>
        <w:rPr>
          <w:b w:val="0"/>
          <w:sz w:val="20"/>
        </w:rPr>
        <w:t>Sollten einzelne Bestimmungen dieses Vertrages unwirksam sein oder werden, so bleibt die Wirksamkeit der übrigen Bestimmungen unberührt. Änderungen und Ergänzungen dieses Vertrages bedürfen der Schriftform.</w:t>
      </w:r>
    </w:p>
    <w:p/>
    <w:p/>
    <w:p>
      <w:r>
        <w:rPr>
          <w:b w:val="0"/>
          <w:sz w:val="20"/>
        </w:rPr>
        <w:t>Ort : ___________________________________________________</w:t>
      </w:r>
    </w:p>
    <w:p>
      <w:r>
        <w:rPr>
          <w:b w:val="0"/>
          <w:sz w:val="20"/>
        </w:rPr>
        <w:t>Datum : 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https://musterklar.com/kundigung-mit-aufhebungsvertrag-vorlage/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kundigung-mit-aufhebungsvertrag-vorlage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