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KÜNDIGUNG STERBEGELDVERSICHERUNG</w:t>
      </w:r>
    </w:p>
    <w:p/>
    <w:p>
      <w:r>
        <w:rPr>
          <w:b/>
          <w:sz w:val="20"/>
        </w:rPr>
        <w:t>Absender :</w:t>
      </w:r>
    </w:p>
    <w:p>
      <w:r>
        <w:rPr>
          <w:b w:val="0"/>
          <w:sz w:val="20"/>
        </w:rPr>
        <w:t>Name, Vorname : ________________________________________________</w:t>
      </w:r>
    </w:p>
    <w:p>
      <w:r>
        <w:rPr>
          <w:b w:val="0"/>
          <w:sz w:val="20"/>
        </w:rPr>
        <w:t>Anschrift : ____________________________________________________</w:t>
      </w:r>
    </w:p>
    <w:p>
      <w:r>
        <w:rPr>
          <w:b w:val="0"/>
          <w:sz w:val="20"/>
        </w:rPr>
        <w:t>Versicherungsnummer : ________________________________________</w:t>
      </w:r>
    </w:p>
    <w:p>
      <w:r>
        <w:rPr>
          <w:b w:val="0"/>
          <w:sz w:val="20"/>
        </w:rPr>
        <w:t>Telefonnummer : _______________________________________________</w:t>
      </w:r>
    </w:p>
    <w:p/>
    <w:p>
      <w:r>
        <w:rPr>
          <w:b/>
          <w:sz w:val="20"/>
        </w:rPr>
        <w:t>Empfänger :</w:t>
      </w:r>
    </w:p>
    <w:p>
      <w:r>
        <w:rPr>
          <w:b w:val="0"/>
          <w:sz w:val="20"/>
        </w:rPr>
        <w:t>Name der Versicherung : _______________________________________</w:t>
      </w:r>
    </w:p>
    <w:p>
      <w:r>
        <w:rPr>
          <w:b w:val="0"/>
          <w:sz w:val="20"/>
        </w:rPr>
        <w:t>Anschrift : ____________________________________________________</w:t>
      </w:r>
    </w:p>
    <w:p/>
    <w:p>
      <w:r>
        <w:rPr>
          <w:b/>
          <w:sz w:val="20"/>
        </w:rPr>
        <w:t>Betreff :</w:t>
      </w:r>
    </w:p>
    <w:p>
      <w:r>
        <w:rPr>
          <w:b w:val="0"/>
          <w:sz w:val="20"/>
        </w:rPr>
        <w:t>Kündigung meiner Sterbegeldversicherung mit sofortiger Wirkung</w:t>
      </w:r>
    </w:p>
    <w:p/>
    <w:p>
      <w:r>
        <w:rPr>
          <w:b w:val="0"/>
          <w:sz w:val="20"/>
        </w:rPr>
        <w:t>Sehr geehrte Damen und Herren,</w:t>
      </w:r>
    </w:p>
    <w:p/>
    <w:p>
      <w:r>
        <w:rPr>
          <w:b w:val="0"/>
          <w:sz w:val="20"/>
        </w:rPr>
        <w:t>hiermit kündige ich meine Sterbegeldversicherung mit der oben angegebenen Versicherungsnummer zum nächstmöglichen Zeitpunkt. Ich bitte um eine schriftliche Bestätigung der Kündigung sowie um Mitteilung des Beendigungszeitpunktes und einer Information über eventuell noch zu leistende Zahlungen oder Rückerstattungen.</w:t>
      </w:r>
    </w:p>
    <w:p/>
    <w:p>
      <w:r>
        <w:rPr>
          <w:b w:val="0"/>
          <w:sz w:val="20"/>
        </w:rPr>
        <w:t>Bitte bestätigen Sie mir außerdem, dass mit Wirksamwerden der Kündigung keinerlei weitere Ansprüche aus dem Vertrag bestehen.</w:t>
      </w:r>
    </w:p>
    <w:p/>
    <w:p>
      <w:r>
        <w:rPr>
          <w:b w:val="0"/>
          <w:sz w:val="20"/>
        </w:rPr>
        <w:t>Mit freundlichen Grüßen</w:t>
      </w:r>
    </w:p>
    <w:p/>
    <w:p/>
    <w:p/>
    <w:p>
      <w:r>
        <w:rPr>
          <w:b w:val="0"/>
          <w:sz w:val="20"/>
        </w:rPr>
        <w:t>Ort : ____________________________    Datum : ____________________________</w:t>
      </w:r>
    </w:p>
    <w:p/>
    <w:p/>
    <w:p/>
    <w:p>
      <w:r>
        <w:rPr>
          <w:b w:val="0"/>
          <w:sz w:val="20"/>
        </w:rPr>
        <w:t>Unterschrift :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Absender</w:t>
            </w:r>
          </w:p>
        </w:tc>
        <w:tc>
          <w:tcPr>
            <w:tcW w:type="dxa" w:w="4986"/>
            <w:tcBorders>
              <w:top w:val="nil"/>
              <w:left w:val="nil"/>
              <w:bottom w:val="nil"/>
              <w:right w:val="nil"/>
              <w:insideH w:val="nil"/>
              <w:insideV w:val="nil"/>
            </w:tcBorders>
          </w:tcPr>
          <w:p>
            <w:pPr>
              <w:jc w:val="center"/>
            </w:pPr>
            <w:r>
              <w:t>Versicherung</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Bestätigung : __________________________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https://musterklar.com/kundigung-sterbegeldversicherung-muster/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kundigung-sterbegeldversicherung-mus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