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ARBEITSVERHÄLTNISSES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das mit Ihnen bestehende Arbeitsverhältnis fristgerecht und ordentlich.</w:t>
      </w:r>
    </w:p>
    <w:p/>
    <w:p>
      <w:r>
        <w:rPr>
          <w:b/>
          <w:sz w:val="20"/>
        </w:rPr>
        <w:t>Angaben zum Arbeitnehmer: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/>
    <w:p>
      <w:r>
        <w:rPr>
          <w:b/>
          <w:sz w:val="20"/>
        </w:rPr>
        <w:t>Angaben zum Arbeitgeber:</w:t>
      </w:r>
    </w:p>
    <w:p>
      <w:r>
        <w:rPr>
          <w:b w:val="0"/>
          <w:sz w:val="20"/>
        </w:rPr>
        <w:t>Firmenname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Kündigungsfrist:</w:t>
      </w:r>
    </w:p>
    <w:p>
      <w:r>
        <w:rPr>
          <w:b w:val="0"/>
          <w:sz w:val="20"/>
        </w:rPr>
        <w:t>Die Kündigung erfolgt unter Einhaltung der gesetzlichen Kündigungsfrist gemäß § 622 BGB.</w:t>
      </w:r>
    </w:p>
    <w:p/>
    <w:p>
      <w:r>
        <w:rPr>
          <w:b/>
          <w:sz w:val="20"/>
        </w:rPr>
        <w:t>Beendigungszeitpunkt:</w:t>
      </w:r>
    </w:p>
    <w:p>
      <w:r>
        <w:rPr>
          <w:b w:val="0"/>
          <w:sz w:val="20"/>
        </w:rPr>
        <w:t>Das Arbeitsverhältnis endet daher zum nächstmöglichen Zeitpunkt.</w:t>
      </w:r>
    </w:p>
    <w:p/>
    <w:p>
      <w:r>
        <w:rPr>
          <w:b/>
          <w:sz w:val="20"/>
        </w:rPr>
        <w:t>Sonstiges:</w:t>
      </w:r>
    </w:p>
    <w:p>
      <w:r>
        <w:rPr>
          <w:b w:val="0"/>
          <w:sz w:val="20"/>
        </w:rPr>
        <w:t>Ich bitte um schriftliche Bestätigung der Kündigung sowie um Ausstellung eines qualifizierten Arbeitszeugnisses.</w:t>
      </w:r>
    </w:p>
    <w:p>
      <w:r>
        <w:rPr>
          <w:b w:val="0"/>
          <w:sz w:val="20"/>
        </w:rPr>
        <w:t>Etwaige noch bestehende Urlaubsansprüche bitte ich, unter Berücksichtigung der gesetzlichen Regelungen, zu gewähren oder abzugelten.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https://musterklar.com/kundigung-unter-10-mitarbeiter-muster/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unter-10-mitarbeiter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