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WOHNGEBÄUDEVERSICHERUNG</w:t>
      </w:r>
    </w:p>
    <w:p/>
    <w:p>
      <w:r>
        <w:rPr>
          <w:b/>
          <w:sz w:val="20"/>
        </w:rPr>
        <w:t>Versicherungsnehmer: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Versicherungsgesellschaft: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Versicherungsnummer : _________________________________________________</w:t>
      </w:r>
    </w:p>
    <w:p/>
    <w:p>
      <w:r>
        <w:rPr>
          <w:b w:val="0"/>
          <w:sz w:val="20"/>
        </w:rPr>
        <w:t>Hiermit kündige ich die bestehende Wohngebäudeversicherung mit der oben genannten Versicherungsnummer fristgerecht zum nächstmöglichen Zeitpunkt.</w:t>
      </w:r>
    </w:p>
    <w:p/>
    <w:p>
      <w:r>
        <w:rPr>
          <w:b w:val="0"/>
          <w:sz w:val="20"/>
        </w:rPr>
        <w:t>Bitte bestätigen Sie mir schriftlich den Erhalt dieser Kündigung sowie das Vertragsende.</w:t>
      </w:r>
    </w:p>
    <w:p/>
    <w:p>
      <w:r>
        <w:rPr>
          <w:b w:val="0"/>
          <w:sz w:val="20"/>
        </w:rPr>
        <w:t>Mit der Kündigung entbinde ich Sie gleichzeitig von der Einzugsermächtigung etwaiger weiterer Beiträge.</w:t>
      </w:r>
    </w:p>
    <w:p/>
    <w:p>
      <w:r>
        <w:rPr>
          <w:b w:val="0"/>
          <w:sz w:val="20"/>
        </w:rPr>
        <w:t>Die Kündigung erfolgt gemäß den vertraglichen und gesetzlichen Bestimmungen.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Versicherungsnehmer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in Druckbuchstaben : 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https://musterklar.com/kundigung-wohngebaudeversicherung-vorlage/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undigung-wohngebaudeversicherung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